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גלובליזציה וכלכלה: המסע של חולצה</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חולצה אחת עוברת חמש מדינות לפני שהיא מגיעה אליכם.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שרשרת ייצור</w:t>
            </w:r>
          </w:p>
        </w:tc>
        <w:tc>
          <w:tcPr>
            <w:tcW w:type="dxa" w:w="5102"/>
          </w:tcPr>
          <w:p>
            <w:pPr>
              <w:bidi w:val="1"/>
              <w:jc w:val="right"/>
            </w:pPr>
            <w:r/>
            <w:r>
              <w:rPr>
                <w:rFonts w:ascii="Assistant" w:hAnsi="Assistant" w:cs="Assistant"/>
                <w:b w:val="0"/>
                <w:sz w:val="21"/>
                <w:rtl w:val="1"/>
                <w:szCs w:val="21"/>
              </w:rPr>
              <w:t>כל השלבים שעובר מוצר מחומר הגלם ועד החנות, לעיתים קרובות במדינות שונות.</w:t>
            </w:r>
          </w:p>
        </w:tc>
        <w:tc>
          <w:tcPr>
            <w:tcW w:type="dxa" w:w="2835"/>
          </w:tcPr>
          <w:p>
            <w:pPr>
              <w:bidi w:val="1"/>
              <w:jc w:val="right"/>
            </w:pPr>
            <w:r/>
            <w:r>
              <w:rPr>
                <w:rFonts w:ascii="Assistant" w:hAnsi="Assistant" w:cs="Assistant"/>
                <w:b w:val="0"/>
                <w:sz w:val="21"/>
                <w:rtl w:val="1"/>
                <w:szCs w:val="21"/>
              </w:rPr>
              <w:t>כותנה, חוטים, בד, תפירה ומשלוח</w:t>
            </w:r>
          </w:p>
        </w:tc>
      </w:tr>
      <w:tr>
        <w:tc>
          <w:tcPr>
            <w:tcW w:type="dxa" w:w="1984"/>
          </w:tcPr>
          <w:p>
            <w:pPr>
              <w:bidi w:val="1"/>
              <w:jc w:val="right"/>
            </w:pPr>
            <w:r/>
            <w:r>
              <w:rPr>
                <w:rFonts w:ascii="Assistant" w:hAnsi="Assistant" w:cs="Assistant"/>
                <w:b w:val="0"/>
                <w:sz w:val="21"/>
                <w:rtl w:val="1"/>
                <w:szCs w:val="21"/>
              </w:rPr>
              <w:t>חומר גלם</w:t>
            </w:r>
          </w:p>
        </w:tc>
        <w:tc>
          <w:tcPr>
            <w:tcW w:type="dxa" w:w="5102"/>
          </w:tcPr>
          <w:p>
            <w:pPr>
              <w:bidi w:val="1"/>
              <w:jc w:val="right"/>
            </w:pPr>
            <w:r/>
            <w:r>
              <w:rPr>
                <w:rFonts w:ascii="Assistant" w:hAnsi="Assistant" w:cs="Assistant"/>
                <w:b w:val="0"/>
                <w:sz w:val="21"/>
                <w:rtl w:val="1"/>
                <w:szCs w:val="21"/>
              </w:rPr>
              <w:t>חומר טבעי שממנו מייצרים מוצרים, כמו כותנה, עץ, נפט או מתכות.</w:t>
            </w:r>
          </w:p>
        </w:tc>
        <w:tc>
          <w:tcPr>
            <w:tcW w:type="dxa" w:w="2835"/>
          </w:tcPr>
          <w:p>
            <w:pPr>
              <w:bidi w:val="1"/>
              <w:jc w:val="right"/>
            </w:pPr>
            <w:r/>
            <w:r>
              <w:rPr>
                <w:rFonts w:ascii="Assistant" w:hAnsi="Assistant" w:cs="Assistant"/>
                <w:b w:val="0"/>
                <w:sz w:val="21"/>
                <w:rtl w:val="1"/>
                <w:szCs w:val="21"/>
              </w:rPr>
              <w:t>כותנה שממנה עושים חולצה</w:t>
            </w:r>
          </w:p>
        </w:tc>
      </w:tr>
      <w:tr>
        <w:tc>
          <w:tcPr>
            <w:tcW w:type="dxa" w:w="1984"/>
          </w:tcPr>
          <w:p>
            <w:pPr>
              <w:bidi w:val="1"/>
              <w:jc w:val="right"/>
            </w:pPr>
            <w:r/>
            <w:r>
              <w:rPr>
                <w:rFonts w:ascii="Assistant" w:hAnsi="Assistant" w:cs="Assistant"/>
                <w:b w:val="0"/>
                <w:sz w:val="21"/>
                <w:rtl w:val="1"/>
                <w:szCs w:val="21"/>
              </w:rPr>
              <w:t>חברה רב-לאומית</w:t>
            </w:r>
          </w:p>
        </w:tc>
        <w:tc>
          <w:tcPr>
            <w:tcW w:type="dxa" w:w="5102"/>
          </w:tcPr>
          <w:p>
            <w:pPr>
              <w:bidi w:val="1"/>
              <w:jc w:val="right"/>
            </w:pPr>
            <w:r/>
            <w:r>
              <w:rPr>
                <w:rFonts w:ascii="Assistant" w:hAnsi="Assistant" w:cs="Assistant"/>
                <w:b w:val="0"/>
                <w:sz w:val="21"/>
                <w:rtl w:val="1"/>
                <w:szCs w:val="21"/>
              </w:rPr>
              <w:t>חברה שיש לה משרדים, מפעלים וחנויות במדינות רבות, והיא מחליטה היכן לייצר כל חלק.</w:t>
            </w:r>
          </w:p>
        </w:tc>
        <w:tc>
          <w:tcPr>
            <w:tcW w:type="dxa" w:w="2835"/>
          </w:tcPr>
          <w:p>
            <w:pPr>
              <w:bidi w:val="1"/>
              <w:jc w:val="right"/>
            </w:pPr>
            <w:r/>
            <w:r>
              <w:rPr>
                <w:rFonts w:ascii="Assistant" w:hAnsi="Assistant" w:cs="Assistant"/>
                <w:b w:val="0"/>
                <w:sz w:val="21"/>
                <w:rtl w:val="1"/>
                <w:szCs w:val="21"/>
              </w:rPr>
              <w:t>רשת בגדים עם חנויות ביבשות רבות</w:t>
            </w:r>
          </w:p>
        </w:tc>
      </w:tr>
      <w:tr>
        <w:tc>
          <w:tcPr>
            <w:tcW w:type="dxa" w:w="1984"/>
          </w:tcPr>
          <w:p>
            <w:pPr>
              <w:bidi w:val="1"/>
              <w:jc w:val="right"/>
            </w:pPr>
            <w:r/>
            <w:r>
              <w:rPr>
                <w:rFonts w:ascii="Assistant" w:hAnsi="Assistant" w:cs="Assistant"/>
                <w:b w:val="0"/>
                <w:sz w:val="21"/>
                <w:rtl w:val="1"/>
                <w:szCs w:val="21"/>
              </w:rPr>
              <w:t>תעשייה עתירת ידע</w:t>
            </w:r>
          </w:p>
        </w:tc>
        <w:tc>
          <w:tcPr>
            <w:tcW w:type="dxa" w:w="5102"/>
          </w:tcPr>
          <w:p>
            <w:pPr>
              <w:bidi w:val="1"/>
              <w:jc w:val="right"/>
            </w:pPr>
            <w:r/>
            <w:r>
              <w:rPr>
                <w:rFonts w:ascii="Assistant" w:hAnsi="Assistant" w:cs="Assistant"/>
                <w:b w:val="0"/>
                <w:sz w:val="21"/>
                <w:rtl w:val="1"/>
                <w:szCs w:val="21"/>
              </w:rPr>
              <w:t>תעשייה שמבוססת על מחקר, מדע וטכנולוגיה, כמו תוכנה, שבבים ותרופות.</w:t>
            </w:r>
          </w:p>
        </w:tc>
        <w:tc>
          <w:tcPr>
            <w:tcW w:type="dxa" w:w="2835"/>
          </w:tcPr>
          <w:p>
            <w:pPr>
              <w:bidi w:val="1"/>
              <w:jc w:val="right"/>
            </w:pPr>
            <w:r/>
            <w:r>
              <w:rPr>
                <w:rFonts w:ascii="Assistant" w:hAnsi="Assistant" w:cs="Assistant"/>
                <w:b w:val="0"/>
                <w:sz w:val="21"/>
                <w:rtl w:val="1"/>
                <w:szCs w:val="21"/>
              </w:rPr>
              <w:t>חברה שמפתחת תוכנה לרופאים</w:t>
            </w:r>
          </w:p>
        </w:tc>
      </w:tr>
      <w:tr>
        <w:tc>
          <w:tcPr>
            <w:tcW w:type="dxa" w:w="1984"/>
          </w:tcPr>
          <w:p>
            <w:pPr>
              <w:bidi w:val="1"/>
              <w:jc w:val="right"/>
            </w:pPr>
            <w:r/>
            <w:r>
              <w:rPr>
                <w:rFonts w:ascii="Assistant" w:hAnsi="Assistant" w:cs="Assistant"/>
                <w:b w:val="0"/>
                <w:sz w:val="21"/>
                <w:rtl w:val="1"/>
                <w:szCs w:val="21"/>
              </w:rPr>
              <w:t>תעשייה מסורתית</w:t>
            </w:r>
          </w:p>
        </w:tc>
        <w:tc>
          <w:tcPr>
            <w:tcW w:type="dxa" w:w="5102"/>
          </w:tcPr>
          <w:p>
            <w:pPr>
              <w:bidi w:val="1"/>
              <w:jc w:val="right"/>
            </w:pPr>
            <w:r/>
            <w:r>
              <w:rPr>
                <w:rFonts w:ascii="Assistant" w:hAnsi="Assistant" w:cs="Assistant"/>
                <w:b w:val="0"/>
                <w:sz w:val="21"/>
                <w:rtl w:val="1"/>
                <w:szCs w:val="21"/>
              </w:rPr>
              <w:t>תעשייה שמייצרת מוצרים פשוטים יחסית בעבודת ידיים ומכונות, כמו טקסטיל, נעליים ומזון.</w:t>
            </w:r>
          </w:p>
        </w:tc>
        <w:tc>
          <w:tcPr>
            <w:tcW w:type="dxa" w:w="2835"/>
          </w:tcPr>
          <w:p>
            <w:pPr>
              <w:bidi w:val="1"/>
              <w:jc w:val="right"/>
            </w:pPr>
            <w:r/>
            <w:r>
              <w:rPr>
                <w:rFonts w:ascii="Assistant" w:hAnsi="Assistant" w:cs="Assistant"/>
                <w:b w:val="0"/>
                <w:sz w:val="21"/>
                <w:rtl w:val="1"/>
                <w:szCs w:val="21"/>
              </w:rPr>
              <w:t>מפעל תפירה של חולצות</w:t>
            </w:r>
          </w:p>
        </w:tc>
      </w:tr>
      <w:tr>
        <w:tc>
          <w:tcPr>
            <w:tcW w:type="dxa" w:w="1984"/>
          </w:tcPr>
          <w:p>
            <w:pPr>
              <w:bidi w:val="1"/>
              <w:jc w:val="right"/>
            </w:pPr>
            <w:r/>
            <w:r>
              <w:rPr>
                <w:rFonts w:ascii="Assistant" w:hAnsi="Assistant" w:cs="Assistant"/>
                <w:b w:val="0"/>
                <w:sz w:val="21"/>
                <w:rtl w:val="1"/>
                <w:szCs w:val="21"/>
              </w:rPr>
              <w:t>מדינת לאום</w:t>
            </w:r>
          </w:p>
        </w:tc>
        <w:tc>
          <w:tcPr>
            <w:tcW w:type="dxa" w:w="5102"/>
          </w:tcPr>
          <w:p>
            <w:pPr>
              <w:bidi w:val="1"/>
              <w:jc w:val="right"/>
            </w:pPr>
            <w:r/>
            <w:r>
              <w:rPr>
                <w:rFonts w:ascii="Assistant" w:hAnsi="Assistant" w:cs="Assistant"/>
                <w:b w:val="0"/>
                <w:sz w:val="21"/>
                <w:rtl w:val="1"/>
                <w:szCs w:val="21"/>
              </w:rPr>
              <w:t>מדינה עצמאית עם גבולות, ממשלה וחוקים, שבה חי עם או ציבור עם זהות משותפת.</w:t>
            </w:r>
          </w:p>
        </w:tc>
        <w:tc>
          <w:tcPr>
            <w:tcW w:type="dxa" w:w="2835"/>
          </w:tcPr>
          <w:p>
            <w:pPr>
              <w:bidi w:val="1"/>
              <w:jc w:val="right"/>
            </w:pPr>
            <w:r/>
            <w:r>
              <w:rPr>
                <w:rFonts w:ascii="Assistant" w:hAnsi="Assistant" w:cs="Assistant"/>
                <w:b w:val="0"/>
                <w:sz w:val="21"/>
                <w:rtl w:val="1"/>
                <w:szCs w:val="21"/>
              </w:rPr>
              <w:t>מדינה שקובעת מסים לחברות</w:t>
            </w:r>
          </w:p>
        </w:tc>
      </w:tr>
      <w:tr>
        <w:tc>
          <w:tcPr>
            <w:tcW w:type="dxa" w:w="1984"/>
          </w:tcPr>
          <w:p>
            <w:pPr>
              <w:bidi w:val="1"/>
              <w:jc w:val="right"/>
            </w:pPr>
            <w:r/>
            <w:r>
              <w:rPr>
                <w:rFonts w:ascii="Assistant" w:hAnsi="Assistant" w:cs="Assistant"/>
                <w:b w:val="0"/>
                <w:sz w:val="21"/>
                <w:rtl w:val="1"/>
                <w:szCs w:val="21"/>
              </w:rPr>
              <w:t>מהגרי עבודה</w:t>
            </w:r>
          </w:p>
        </w:tc>
        <w:tc>
          <w:tcPr>
            <w:tcW w:type="dxa" w:w="5102"/>
          </w:tcPr>
          <w:p>
            <w:pPr>
              <w:bidi w:val="1"/>
              <w:jc w:val="right"/>
            </w:pPr>
            <w:r/>
            <w:r>
              <w:rPr>
                <w:rFonts w:ascii="Assistant" w:hAnsi="Assistant" w:cs="Assistant"/>
                <w:b w:val="0"/>
                <w:sz w:val="21"/>
                <w:rtl w:val="1"/>
                <w:szCs w:val="21"/>
              </w:rPr>
              <w:t>אנשים שעוברים ממדינה למדינה כדי לעבוד, למשל בחקלאות, בבנייה, בסיעוד או בטכנולוגיה.</w:t>
            </w:r>
          </w:p>
        </w:tc>
        <w:tc>
          <w:tcPr>
            <w:tcW w:type="dxa" w:w="2835"/>
          </w:tcPr>
          <w:p>
            <w:pPr>
              <w:bidi w:val="1"/>
              <w:jc w:val="right"/>
            </w:pPr>
            <w:r/>
            <w:r>
              <w:rPr>
                <w:rFonts w:ascii="Assistant" w:hAnsi="Assistant" w:cs="Assistant"/>
                <w:b w:val="0"/>
                <w:sz w:val="21"/>
                <w:rtl w:val="1"/>
                <w:szCs w:val="21"/>
              </w:rPr>
              <w:t>עובדים מחו״ל שקוטפים פירות</w:t>
            </w:r>
          </w:p>
        </w:tc>
      </w:tr>
      <w:tr>
        <w:tc>
          <w:tcPr>
            <w:tcW w:type="dxa" w:w="1984"/>
          </w:tcPr>
          <w:p>
            <w:pPr>
              <w:bidi w:val="1"/>
              <w:jc w:val="right"/>
            </w:pPr>
            <w:r/>
            <w:r>
              <w:rPr>
                <w:rFonts w:ascii="Assistant" w:hAnsi="Assistant" w:cs="Assistant"/>
                <w:b w:val="0"/>
                <w:sz w:val="21"/>
                <w:rtl w:val="1"/>
                <w:szCs w:val="21"/>
              </w:rPr>
              <w:t>עלות עבודה</w:t>
            </w:r>
          </w:p>
        </w:tc>
        <w:tc>
          <w:tcPr>
            <w:tcW w:type="dxa" w:w="5102"/>
          </w:tcPr>
          <w:p>
            <w:pPr>
              <w:bidi w:val="1"/>
              <w:jc w:val="right"/>
            </w:pPr>
            <w:r/>
            <w:r>
              <w:rPr>
                <w:rFonts w:ascii="Assistant" w:hAnsi="Assistant" w:cs="Assistant"/>
                <w:b w:val="0"/>
                <w:sz w:val="21"/>
                <w:rtl w:val="1"/>
                <w:szCs w:val="21"/>
              </w:rPr>
              <w:t>הסכום שמעסיק משלם לעובדים; חברות מעבירות ייצור למקומות שבהם היא נמוכה.</w:t>
            </w:r>
          </w:p>
        </w:tc>
        <w:tc>
          <w:tcPr>
            <w:tcW w:type="dxa" w:w="2835"/>
          </w:tcPr>
          <w:p>
            <w:pPr>
              <w:bidi w:val="1"/>
              <w:jc w:val="right"/>
            </w:pPr>
            <w:r/>
            <w:r>
              <w:rPr>
                <w:rFonts w:ascii="Assistant" w:hAnsi="Assistant" w:cs="Assistant"/>
                <w:b w:val="0"/>
                <w:sz w:val="21"/>
                <w:rtl w:val="1"/>
                <w:szCs w:val="21"/>
              </w:rPr>
              <w:t>שכר נמוך במפעלי תפירה</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המסע של חולצה: מי מרוויח, מי משלם?</w:t>
      </w:r>
    </w:p>
    <w:p>
      <w:pPr>
        <w:bidi w:val="1"/>
        <w:spacing w:after="120"/>
        <w:jc w:val="right"/>
      </w:pPr>
      <w:r>
        <w:rPr>
          <w:rFonts w:ascii="Assistant" w:hAnsi="Assistant" w:cs="Assistant"/>
          <w:b w:val="0"/>
          <w:sz w:val="23"/>
          <w:rtl w:val="1"/>
          <w:szCs w:val="23"/>
        </w:rPr>
        <w:t>מאחורי תווית ״תוצרת״ אחת מסתתרת רשת ייצור גלובלית. הכותנה גדלה במדינה אחת, החוטים נטווים בשנייה, האריגה והתפירה נעשות בשלישית, העיצוב והשיווק במטה ביבשת אחרת, והחולצה מגיעה במכולה למדף. פירוק הייצור לשלבים, כשכל שלב נעשה במקום שבו הוא זול או יעיל ביותר, הוא ממאפייני הכלכלה הגלובלית.</w:t>
      </w:r>
    </w:p>
    <w:p>
      <w:pPr>
        <w:bidi w:val="1"/>
        <w:spacing w:after="120"/>
        <w:jc w:val="right"/>
      </w:pPr>
      <w:r>
        <w:rPr>
          <w:rFonts w:ascii="Assistant" w:hAnsi="Assistant" w:cs="Assistant"/>
          <w:b w:val="0"/>
          <w:sz w:val="23"/>
          <w:rtl w:val="1"/>
          <w:szCs w:val="23"/>
        </w:rPr>
        <w:t>חברות רב-לאומיות מתזמרות את השרשרת. השיקולים שלהן הם עלות העבודה, זמינות חומרי הגלם, איכות התשתיות, קרבה לשווקים ומסים. היכולת להעביר ייצור ממדינה למדינה מעניקה להן כוח מיקוח: ממשלות מתחרות על השקעותיהן בהטבות מס ובהקלות ברגולציה. יש הטוענים שכך נשחקת ריבונות מדינת הלאום, ואחרים מציינים שמדינות עדיין קובעות חוקים, מסים וגבולות.</w:t>
      </w:r>
    </w:p>
    <w:p>
      <w:pPr>
        <w:bidi w:val="1"/>
        <w:spacing w:after="120"/>
        <w:jc w:val="right"/>
      </w:pPr>
      <w:r>
        <w:rPr>
          <w:rFonts w:ascii="Assistant" w:hAnsi="Assistant" w:cs="Assistant"/>
          <w:b w:val="0"/>
          <w:sz w:val="23"/>
          <w:rtl w:val="1"/>
          <w:szCs w:val="23"/>
        </w:rPr>
        <w:t>ההשפעה על תעשיות שונה. תעשייה עתירת ידע – תוכנה, שבבים, תרופות וציוד רפואי – נהנית משוק עולמי עצום, ובישראל היא מקור לחלק גדול מהיצוא. התעשייה המסורתית, הנשענת על עבודה רבה ופשוטה יחסית, נדדה ממדינות עם שכר גבוה למדינות עם שכר נמוך. כך נסגרו מפעלי טקסטיל בעיירות רבות, ובמקומות אחרים נפתחו אלפי מפעלי תפירה.</w:t>
      </w:r>
    </w:p>
    <w:p>
      <w:pPr>
        <w:bidi w:val="1"/>
        <w:spacing w:after="120"/>
        <w:jc w:val="right"/>
      </w:pPr>
      <w:r>
        <w:rPr>
          <w:rFonts w:ascii="Assistant" w:hAnsi="Assistant" w:cs="Assistant"/>
          <w:b w:val="0"/>
          <w:sz w:val="23"/>
          <w:rtl w:val="1"/>
          <w:szCs w:val="23"/>
        </w:rPr>
        <w:t>מקרה מבחן: בנגלדש, מדינה צפופה בדרום אסיה, הפכה בעשורים האחרונים לאחת מיצואניות הבגדים הגדולות בעולם, ובגדים הם רוב היצוא שלה. מיליוני אנשים, רובם נשים צעירות, עברו מכפרים לערים כדי לעבוד במפעלים. העבודה הביאה הכנסה קבועה, עצמאות כלכלית ואפשרות לשלוח ילדים ללימודים; מנגד, השכר נמוך, ימי העבודה ארוכים, ובעבר אירעו במפעלים אסונות בטיחות קשים.</w:t>
      </w:r>
    </w:p>
    <w:p>
      <w:pPr>
        <w:bidi w:val="1"/>
        <w:spacing w:after="120"/>
        <w:jc w:val="right"/>
      </w:pPr>
      <w:r>
        <w:rPr>
          <w:rFonts w:ascii="Assistant" w:hAnsi="Assistant" w:cs="Assistant"/>
          <w:b w:val="0"/>
          <w:sz w:val="23"/>
          <w:rtl w:val="1"/>
          <w:szCs w:val="23"/>
        </w:rPr>
        <w:t>מכאן הוויכוח: האם הגלובליזציה ברכה או קללה למדינות פחות מפותחות? מצד אחד היא פותחת דלת לתעסוקה, להשקעות ולצמיחה; מצד שני היא עלולה להנציח תלות בעבודה זולה ובענף אחד. התשובה תלויה בנקודת המבט – עובדת, צרכן, חברה או ממשלה – ובשאלה אם הרווחים מתחלקים בצורה הוגנת.</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שרשרת ייצור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כל השלבים שעובר מוצר מחומר הגלם ועד החנות, לעיתים קרובות במדינות שונות.</w:t>
            </w:r>
          </w:p>
        </w:tc>
      </w:tr>
      <w:tr>
        <w:tc>
          <w:tcPr>
            <w:tcW w:type="dxa" w:w="2268"/>
          </w:tcPr>
          <w:p>
            <w:pPr>
              <w:bidi w:val="1"/>
              <w:jc w:val="right"/>
            </w:pPr>
            <w:r/>
            <w:r>
              <w:rPr>
                <w:rFonts w:ascii="Assistant" w:hAnsi="Assistant" w:cs="Assistant"/>
                <w:b w:val="0"/>
                <w:sz w:val="21"/>
                <w:rtl w:val="1"/>
                <w:szCs w:val="21"/>
              </w:rPr>
              <w:t>2. חומר גלם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הסכום שמעסיק משלם לעובדים; חברות מעבירות ייצור למקומות שבהם היא נמוכה.</w:t>
            </w:r>
          </w:p>
        </w:tc>
      </w:tr>
      <w:tr>
        <w:tc>
          <w:tcPr>
            <w:tcW w:type="dxa" w:w="2268"/>
          </w:tcPr>
          <w:p>
            <w:pPr>
              <w:bidi w:val="1"/>
              <w:jc w:val="right"/>
            </w:pPr>
            <w:r/>
            <w:r>
              <w:rPr>
                <w:rFonts w:ascii="Assistant" w:hAnsi="Assistant" w:cs="Assistant"/>
                <w:b w:val="0"/>
                <w:sz w:val="21"/>
                <w:rtl w:val="1"/>
                <w:szCs w:val="21"/>
              </w:rPr>
              <w:t>3. חברה רב-לאומית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תעשייה שמבוססת על מחקר, מדע וטכנולוגיה, כמו תוכנה, שבבים ותרופות.</w:t>
            </w:r>
          </w:p>
        </w:tc>
      </w:tr>
      <w:tr>
        <w:tc>
          <w:tcPr>
            <w:tcW w:type="dxa" w:w="2268"/>
          </w:tcPr>
          <w:p>
            <w:pPr>
              <w:bidi w:val="1"/>
              <w:jc w:val="right"/>
            </w:pPr>
            <w:r/>
            <w:r>
              <w:rPr>
                <w:rFonts w:ascii="Assistant" w:hAnsi="Assistant" w:cs="Assistant"/>
                <w:b w:val="0"/>
                <w:sz w:val="21"/>
                <w:rtl w:val="1"/>
                <w:szCs w:val="21"/>
              </w:rPr>
              <w:t>4. תעשייה עתירת ידע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חומר טבעי שממנו מייצרים מוצרים, כמו כותנה, עץ, נפט או מתכות.</w:t>
            </w:r>
          </w:p>
        </w:tc>
      </w:tr>
      <w:tr>
        <w:tc>
          <w:tcPr>
            <w:tcW w:type="dxa" w:w="2268"/>
          </w:tcPr>
          <w:p>
            <w:pPr>
              <w:bidi w:val="1"/>
              <w:jc w:val="right"/>
            </w:pPr>
            <w:r/>
            <w:r>
              <w:rPr>
                <w:rFonts w:ascii="Assistant" w:hAnsi="Assistant" w:cs="Assistant"/>
                <w:b w:val="0"/>
                <w:sz w:val="21"/>
                <w:rtl w:val="1"/>
                <w:szCs w:val="21"/>
              </w:rPr>
              <w:t>5. תעשייה מסורתית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אנשים שעוברים ממדינה למדינה כדי לעבוד, למשל בחקלאות, בבנייה, בסיעוד או בטכנולוגיה.</w:t>
            </w:r>
          </w:p>
        </w:tc>
      </w:tr>
      <w:tr>
        <w:tc>
          <w:tcPr>
            <w:tcW w:type="dxa" w:w="2268"/>
          </w:tcPr>
          <w:p>
            <w:pPr>
              <w:bidi w:val="1"/>
              <w:jc w:val="right"/>
            </w:pPr>
            <w:r/>
            <w:r>
              <w:rPr>
                <w:rFonts w:ascii="Assistant" w:hAnsi="Assistant" w:cs="Assistant"/>
                <w:b w:val="0"/>
                <w:sz w:val="21"/>
                <w:rtl w:val="1"/>
                <w:szCs w:val="21"/>
              </w:rPr>
              <w:t>6. מדינת לאום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חברה שיש לה משרדים, מפעלים וחנויות במדינות רבות, והיא מחליטה היכן לייצר כל חלק.</w:t>
            </w:r>
          </w:p>
        </w:tc>
      </w:tr>
      <w:tr>
        <w:tc>
          <w:tcPr>
            <w:tcW w:type="dxa" w:w="2268"/>
          </w:tcPr>
          <w:p>
            <w:pPr>
              <w:bidi w:val="1"/>
              <w:jc w:val="right"/>
            </w:pPr>
            <w:r/>
            <w:r>
              <w:rPr>
                <w:rFonts w:ascii="Assistant" w:hAnsi="Assistant" w:cs="Assistant"/>
                <w:b w:val="0"/>
                <w:sz w:val="21"/>
                <w:rtl w:val="1"/>
                <w:szCs w:val="21"/>
              </w:rPr>
              <w:t>7. מהגרי עבודה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תעשייה שמייצרת מוצרים פשוטים יחסית בעבודת ידיים ומכונות, כמו טקסטיל, נעליים ומזון.</w:t>
            </w:r>
          </w:p>
        </w:tc>
      </w:tr>
      <w:tr>
        <w:tc>
          <w:tcPr>
            <w:tcW w:type="dxa" w:w="2268"/>
          </w:tcPr>
          <w:p>
            <w:pPr>
              <w:bidi w:val="1"/>
              <w:jc w:val="right"/>
            </w:pPr>
            <w:r/>
            <w:r>
              <w:rPr>
                <w:rFonts w:ascii="Assistant" w:hAnsi="Assistant" w:cs="Assistant"/>
                <w:b w:val="0"/>
                <w:sz w:val="21"/>
                <w:rtl w:val="1"/>
                <w:szCs w:val="21"/>
              </w:rPr>
              <w:t>8. עלות עבודה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מדינה עצמאית עם גבולות, ממשלה וחוקים, שבה חי עם או ציבור עם זהות משותפת.</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שכר נמוך במפעלי תפירה – זו דוגמה ל־______________</w:t>
      </w:r>
    </w:p>
    <w:p>
      <w:pPr>
        <w:bidi w:val="1"/>
        <w:spacing w:after="80"/>
        <w:jc w:val="right"/>
      </w:pPr>
      <w:r>
        <w:rPr>
          <w:rFonts w:ascii="Assistant" w:hAnsi="Assistant" w:cs="Assistant"/>
          <w:b w:val="0"/>
          <w:sz w:val="23"/>
          <w:rtl w:val="1"/>
          <w:szCs w:val="23"/>
        </w:rPr>
        <w:t>2. עובדים מחו״ל שקוטפים פירות – זו דוגמה ל־______________</w:t>
      </w:r>
    </w:p>
    <w:p>
      <w:pPr>
        <w:bidi w:val="1"/>
        <w:spacing w:after="80"/>
        <w:jc w:val="right"/>
      </w:pPr>
      <w:r>
        <w:rPr>
          <w:rFonts w:ascii="Assistant" w:hAnsi="Assistant" w:cs="Assistant"/>
          <w:b w:val="0"/>
          <w:sz w:val="23"/>
          <w:rtl w:val="1"/>
          <w:szCs w:val="23"/>
        </w:rPr>
        <w:t>3. מדינה שקובעת מסים לחברות – זו דוגמה ל־______________</w:t>
      </w:r>
    </w:p>
    <w:p>
      <w:pPr>
        <w:bidi w:val="1"/>
        <w:spacing w:after="80"/>
        <w:jc w:val="right"/>
      </w:pPr>
      <w:r>
        <w:rPr>
          <w:rFonts w:ascii="Assistant" w:hAnsi="Assistant" w:cs="Assistant"/>
          <w:b w:val="0"/>
          <w:sz w:val="23"/>
          <w:rtl w:val="1"/>
          <w:szCs w:val="23"/>
        </w:rPr>
        <w:t>4. מפעל תפירה של חולצות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מאפיין ״פירוק הייצור לשלבים״?</w:t>
      </w:r>
    </w:p>
    <w:p>
      <w:pPr>
        <w:bidi w:val="1"/>
        <w:spacing w:after="20"/>
        <w:jc w:val="right"/>
      </w:pPr>
      <w:r>
        <w:rPr>
          <w:rFonts w:ascii="Assistant" w:hAnsi="Assistant" w:cs="Assistant"/>
          <w:b w:val="0"/>
          <w:sz w:val="23"/>
          <w:rtl w:val="1"/>
          <w:szCs w:val="23"/>
        </w:rPr>
        <w:t xml:space="preserve">     ◯ א. כל המוצר מיוצר במפעל אחד</w:t>
      </w:r>
    </w:p>
    <w:p>
      <w:pPr>
        <w:bidi w:val="1"/>
        <w:spacing w:after="20"/>
        <w:jc w:val="right"/>
      </w:pPr>
      <w:r>
        <w:rPr>
          <w:rFonts w:ascii="Assistant" w:hAnsi="Assistant" w:cs="Assistant"/>
          <w:b w:val="0"/>
          <w:sz w:val="23"/>
          <w:rtl w:val="1"/>
          <w:szCs w:val="23"/>
        </w:rPr>
        <w:t xml:space="preserve">     ◯ ב. כל שלב נעשה במקום שבו הוא זול או יעיל ביותר</w:t>
      </w:r>
    </w:p>
    <w:p>
      <w:pPr>
        <w:bidi w:val="1"/>
        <w:spacing w:after="20"/>
        <w:jc w:val="right"/>
      </w:pPr>
      <w:r>
        <w:rPr>
          <w:rFonts w:ascii="Assistant" w:hAnsi="Assistant" w:cs="Assistant"/>
          <w:b w:val="0"/>
          <w:sz w:val="23"/>
          <w:rtl w:val="1"/>
          <w:szCs w:val="23"/>
        </w:rPr>
        <w:t xml:space="preserve">     ◯ ג. המוצר מפורק לפני המכירה</w:t>
      </w:r>
    </w:p>
    <w:p>
      <w:pPr>
        <w:bidi w:val="1"/>
        <w:spacing w:after="20"/>
        <w:jc w:val="right"/>
      </w:pPr>
      <w:r>
        <w:rPr>
          <w:rFonts w:ascii="Assistant" w:hAnsi="Assistant" w:cs="Assistant"/>
          <w:b w:val="0"/>
          <w:sz w:val="23"/>
          <w:rtl w:val="1"/>
          <w:szCs w:val="23"/>
        </w:rPr>
        <w:t xml:space="preserve">     ◯ ד. הייצור נעשה רק ביד</w:t>
      </w:r>
    </w:p>
    <w:p>
      <w:pPr>
        <w:bidi w:val="1"/>
        <w:spacing w:after="20"/>
        <w:jc w:val="right"/>
      </w:pPr>
      <w:r>
        <w:rPr>
          <w:rFonts w:ascii="Assistant" w:hAnsi="Assistant" w:cs="Assistant"/>
          <w:b/>
          <w:sz w:val="23"/>
          <w:rtl w:val="1"/>
          <w:bCs/>
          <w:szCs w:val="23"/>
        </w:rPr>
        <w:t>2. מהו ״כוח המיקוח״ של חברה רב-לאומית מול ממשלה?</w:t>
      </w:r>
    </w:p>
    <w:p>
      <w:pPr>
        <w:bidi w:val="1"/>
        <w:spacing w:after="20"/>
        <w:jc w:val="right"/>
      </w:pPr>
      <w:r>
        <w:rPr>
          <w:rFonts w:ascii="Assistant" w:hAnsi="Assistant" w:cs="Assistant"/>
          <w:b w:val="0"/>
          <w:sz w:val="23"/>
          <w:rtl w:val="1"/>
          <w:szCs w:val="23"/>
        </w:rPr>
        <w:t xml:space="preserve">     ◯ א. היכולת להעביר ייצור למדינה אחרת אם התנאים לא יתאימו</w:t>
      </w:r>
    </w:p>
    <w:p>
      <w:pPr>
        <w:bidi w:val="1"/>
        <w:spacing w:after="20"/>
        <w:jc w:val="right"/>
      </w:pPr>
      <w:r>
        <w:rPr>
          <w:rFonts w:ascii="Assistant" w:hAnsi="Assistant" w:cs="Assistant"/>
          <w:b w:val="0"/>
          <w:sz w:val="23"/>
          <w:rtl w:val="1"/>
          <w:szCs w:val="23"/>
        </w:rPr>
        <w:t xml:space="preserve">     ◯ ב. היכולת לקבוע חוקים</w:t>
      </w:r>
    </w:p>
    <w:p>
      <w:pPr>
        <w:bidi w:val="1"/>
        <w:spacing w:after="20"/>
        <w:jc w:val="right"/>
      </w:pPr>
      <w:r>
        <w:rPr>
          <w:rFonts w:ascii="Assistant" w:hAnsi="Assistant" w:cs="Assistant"/>
          <w:b w:val="0"/>
          <w:sz w:val="23"/>
          <w:rtl w:val="1"/>
          <w:szCs w:val="23"/>
        </w:rPr>
        <w:t xml:space="preserve">     ◯ ג. היכולת לבחור ממשלה</w:t>
      </w:r>
    </w:p>
    <w:p>
      <w:pPr>
        <w:bidi w:val="1"/>
        <w:spacing w:after="20"/>
        <w:jc w:val="right"/>
      </w:pPr>
      <w:r>
        <w:rPr>
          <w:rFonts w:ascii="Assistant" w:hAnsi="Assistant" w:cs="Assistant"/>
          <w:b w:val="0"/>
          <w:sz w:val="23"/>
          <w:rtl w:val="1"/>
          <w:szCs w:val="23"/>
        </w:rPr>
        <w:t xml:space="preserve">     ◯ ד. היכולת להדפיס כסף</w:t>
      </w:r>
    </w:p>
    <w:p>
      <w:pPr>
        <w:bidi w:val="1"/>
        <w:spacing w:after="20"/>
        <w:jc w:val="right"/>
      </w:pPr>
      <w:r>
        <w:rPr>
          <w:rFonts w:ascii="Assistant" w:hAnsi="Assistant" w:cs="Assistant"/>
          <w:b/>
          <w:sz w:val="23"/>
          <w:rtl w:val="1"/>
          <w:bCs/>
          <w:szCs w:val="23"/>
        </w:rPr>
        <w:t>3. מדוע נדדה תעשיית הטקסטיל למדינות עם שכר נמוך?</w:t>
      </w:r>
    </w:p>
    <w:p>
      <w:pPr>
        <w:bidi w:val="1"/>
        <w:spacing w:after="20"/>
        <w:jc w:val="right"/>
      </w:pPr>
      <w:r>
        <w:rPr>
          <w:rFonts w:ascii="Assistant" w:hAnsi="Assistant" w:cs="Assistant"/>
          <w:b w:val="0"/>
          <w:sz w:val="23"/>
          <w:rtl w:val="1"/>
          <w:szCs w:val="23"/>
        </w:rPr>
        <w:t xml:space="preserve">     ◯ א. כי שם יש יותר מים</w:t>
      </w:r>
    </w:p>
    <w:p>
      <w:pPr>
        <w:bidi w:val="1"/>
        <w:spacing w:after="20"/>
        <w:jc w:val="right"/>
      </w:pPr>
      <w:r>
        <w:rPr>
          <w:rFonts w:ascii="Assistant" w:hAnsi="Assistant" w:cs="Assistant"/>
          <w:b w:val="0"/>
          <w:sz w:val="23"/>
          <w:rtl w:val="1"/>
          <w:szCs w:val="23"/>
        </w:rPr>
        <w:t xml:space="preserve">     ◯ ב. כי שם אין קונים</w:t>
      </w:r>
    </w:p>
    <w:p>
      <w:pPr>
        <w:bidi w:val="1"/>
        <w:spacing w:after="20"/>
        <w:jc w:val="right"/>
      </w:pPr>
      <w:r>
        <w:rPr>
          <w:rFonts w:ascii="Assistant" w:hAnsi="Assistant" w:cs="Assistant"/>
          <w:b w:val="0"/>
          <w:sz w:val="23"/>
          <w:rtl w:val="1"/>
          <w:szCs w:val="23"/>
        </w:rPr>
        <w:t xml:space="preserve">     ◯ ג. כי היא נשענת על עבודה רבה, ועלות העבודה היא מרכיב גדול במחיר</w:t>
      </w:r>
    </w:p>
    <w:p>
      <w:pPr>
        <w:bidi w:val="1"/>
        <w:spacing w:after="20"/>
        <w:jc w:val="right"/>
      </w:pPr>
      <w:r>
        <w:rPr>
          <w:rFonts w:ascii="Assistant" w:hAnsi="Assistant" w:cs="Assistant"/>
          <w:b w:val="0"/>
          <w:sz w:val="23"/>
          <w:rtl w:val="1"/>
          <w:szCs w:val="23"/>
        </w:rPr>
        <w:t xml:space="preserve">     ◯ ד. כי שם קר</w:t>
      </w:r>
    </w:p>
    <w:p>
      <w:pPr>
        <w:bidi w:val="1"/>
        <w:spacing w:after="20"/>
        <w:jc w:val="right"/>
      </w:pPr>
      <w:r>
        <w:rPr>
          <w:rFonts w:ascii="Assistant" w:hAnsi="Assistant" w:cs="Assistant"/>
          <w:b/>
          <w:sz w:val="23"/>
          <w:rtl w:val="1"/>
          <w:bCs/>
          <w:szCs w:val="23"/>
        </w:rPr>
        <w:t>4. איזו טענה מציגה את ״הצד השני״ של התעסוקה בבנגלדש?</w:t>
      </w:r>
    </w:p>
    <w:p>
      <w:pPr>
        <w:bidi w:val="1"/>
        <w:spacing w:after="20"/>
        <w:jc w:val="right"/>
      </w:pPr>
      <w:r>
        <w:rPr>
          <w:rFonts w:ascii="Assistant" w:hAnsi="Assistant" w:cs="Assistant"/>
          <w:b w:val="0"/>
          <w:sz w:val="23"/>
          <w:rtl w:val="1"/>
          <w:szCs w:val="23"/>
        </w:rPr>
        <w:t xml:space="preserve">     ◯ א. העבודה הביאה הכנסה קבועה</w:t>
      </w:r>
    </w:p>
    <w:p>
      <w:pPr>
        <w:bidi w:val="1"/>
        <w:spacing w:after="20"/>
        <w:jc w:val="right"/>
      </w:pPr>
      <w:r>
        <w:rPr>
          <w:rFonts w:ascii="Assistant" w:hAnsi="Assistant" w:cs="Assistant"/>
          <w:b w:val="0"/>
          <w:sz w:val="23"/>
          <w:rtl w:val="1"/>
          <w:szCs w:val="23"/>
        </w:rPr>
        <w:t xml:space="preserve">     ◯ ב. נשים קיבלו עצמאות כלכלית</w:t>
      </w:r>
    </w:p>
    <w:p>
      <w:pPr>
        <w:bidi w:val="1"/>
        <w:spacing w:after="20"/>
        <w:jc w:val="right"/>
      </w:pPr>
      <w:r>
        <w:rPr>
          <w:rFonts w:ascii="Assistant" w:hAnsi="Assistant" w:cs="Assistant"/>
          <w:b w:val="0"/>
          <w:sz w:val="23"/>
          <w:rtl w:val="1"/>
          <w:szCs w:val="23"/>
        </w:rPr>
        <w:t xml:space="preserve">     ◯ ג. ילדים יכלו ללמוד</w:t>
      </w:r>
    </w:p>
    <w:p>
      <w:pPr>
        <w:bidi w:val="1"/>
        <w:spacing w:after="20"/>
        <w:jc w:val="right"/>
      </w:pPr>
      <w:r>
        <w:rPr>
          <w:rFonts w:ascii="Assistant" w:hAnsi="Assistant" w:cs="Assistant"/>
          <w:b w:val="0"/>
          <w:sz w:val="23"/>
          <w:rtl w:val="1"/>
          <w:szCs w:val="23"/>
        </w:rPr>
        <w:t xml:space="preserve">     ◯ ד. שכר נמוך, ימי עבודה ארוכים ובעיות בטיחות</w:t>
      </w:r>
    </w:p>
    <w:p>
      <w:pPr>
        <w:bidi w:val="1"/>
        <w:spacing w:after="20"/>
        <w:jc w:val="right"/>
      </w:pPr>
      <w:r>
        <w:rPr>
          <w:rFonts w:ascii="Assistant" w:hAnsi="Assistant" w:cs="Assistant"/>
          <w:b/>
          <w:sz w:val="23"/>
          <w:rtl w:val="1"/>
          <w:bCs/>
          <w:szCs w:val="23"/>
        </w:rPr>
        <w:t>5. מהי הסכנה ב״תלות בענף אחד״?</w:t>
      </w:r>
    </w:p>
    <w:p>
      <w:pPr>
        <w:bidi w:val="1"/>
        <w:spacing w:after="20"/>
        <w:jc w:val="right"/>
      </w:pPr>
      <w:r>
        <w:rPr>
          <w:rFonts w:ascii="Assistant" w:hAnsi="Assistant" w:cs="Assistant"/>
          <w:b w:val="0"/>
          <w:sz w:val="23"/>
          <w:rtl w:val="1"/>
          <w:szCs w:val="23"/>
        </w:rPr>
        <w:t xml:space="preserve">     ◯ א. אין שום סכנה</w:t>
      </w:r>
    </w:p>
    <w:p>
      <w:pPr>
        <w:bidi w:val="1"/>
        <w:spacing w:after="20"/>
        <w:jc w:val="right"/>
      </w:pPr>
      <w:r>
        <w:rPr>
          <w:rFonts w:ascii="Assistant" w:hAnsi="Assistant" w:cs="Assistant"/>
          <w:b w:val="0"/>
          <w:sz w:val="23"/>
          <w:rtl w:val="1"/>
          <w:szCs w:val="23"/>
        </w:rPr>
        <w:t xml:space="preserve">     ◯ ב. אם הביקוש לענף יירד, הכלכלה כולה תיפגע</w:t>
      </w:r>
    </w:p>
    <w:p>
      <w:pPr>
        <w:bidi w:val="1"/>
        <w:spacing w:after="20"/>
        <w:jc w:val="right"/>
      </w:pPr>
      <w:r>
        <w:rPr>
          <w:rFonts w:ascii="Assistant" w:hAnsi="Assistant" w:cs="Assistant"/>
          <w:b w:val="0"/>
          <w:sz w:val="23"/>
          <w:rtl w:val="1"/>
          <w:szCs w:val="23"/>
        </w:rPr>
        <w:t xml:space="preserve">     ◯ ג. המדינה תעשיר מהר מדי</w:t>
      </w:r>
    </w:p>
    <w:p>
      <w:pPr>
        <w:bidi w:val="1"/>
        <w:spacing w:after="20"/>
        <w:jc w:val="right"/>
      </w:pPr>
      <w:r>
        <w:rPr>
          <w:rFonts w:ascii="Assistant" w:hAnsi="Assistant" w:cs="Assistant"/>
          <w:b w:val="0"/>
          <w:sz w:val="23"/>
          <w:rtl w:val="1"/>
          <w:szCs w:val="23"/>
        </w:rPr>
        <w:t xml:space="preserve">     ◯ ד. יהיו יותר מדי ענפים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לפי חלק מהחוקרים, מדינות עדיין שולטות בחוקים, במסים ובגבולות למרות כוחן של החברות.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תעשייה עתירת ידע נשענת בעיקר על עבודה פשוטה וזולה.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בבנגלדש רוב העובדים במפעלי הבגדים הם נשים צעירות.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כל הרווח ממכירת חולצה מגיע למדינה שבה היא נתפרה.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את המסע של החולצה כ״שרשרת ערך״: באילו שלבים לדעתכם נוצר הרווח הגדול ביותר, ומדוע?</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כתבו דיון קצר בין עובדת מפעל בבנגלדש, צרכן בישראל ומנהלת בחברה רב-לאומית: מה חשוב לכל אחד?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ההשפעה של הגלובליזציה על תעשייה עתירת ידע ועל תעשייה מסורתית בישראל.</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בחרו בגד אחד בבית. בעזרת התווית ומידע כללי, בנו מפת שרשרת ייצור משוערת, הציעו חלוקה משוערת של מחיר הבגד בין השלבים, והציעו שתי דרכים שבהן צרכנים או מדינות יכולים להפוך את השרשרת להוגנת יותר.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גלובליזציה וכלכלה: המסע של חולצה     שם: __________</w:t>
      </w:r>
    </w:p>
    <w:p>
      <w:pPr>
        <w:bidi w:val="1"/>
        <w:spacing w:after="20"/>
        <w:jc w:val="right"/>
      </w:pPr>
      <w:r>
        <w:rPr>
          <w:rFonts w:ascii="Assistant" w:hAnsi="Assistant" w:cs="Assistant"/>
          <w:b w:val="0"/>
          <w:sz w:val="23"/>
          <w:rtl w:val="1"/>
          <w:szCs w:val="23"/>
        </w:rPr>
        <w:t>1. שיקול אחד של חברה רב-לאומית בבחירת מקום ייצור: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הטיעון החזק ביותר לדעתי בוויכוח ״ברכה או קללה״: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שאלה שהייתי שואל את מי שתפר את החולצה שלי: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גלובליזציה וכלכלה: המסע של חולצה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