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גלובליזציה וכלכלה: המסע של חולצה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חולצה אחת עוברת חמש מדינות לפני שהיא מגיעה אליכם.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שרשרת ייצור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 השלבים שמוצר עובר עד החנות.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כותנה, חוטים, בד, תפירה ומשלוח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חומר גלם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החומר שממנו עושים מוצר.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כותנה שממנה עושים חולצה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שעובדת בהרבה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 בגדים עם חנויות ביבשות רבות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עתירת ידע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של מחשבים, מדע ותרופות.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שמפתחת תוכנה לרופאים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תעשייה מסורתית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מפעלים של בגדים, נעליים ואוכל.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תפירה של חולצות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מדינת לאום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עם גבולות, ממשלה וחוקים.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שקובעת מסים לחברות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מהגרי עבודה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שעוברים למדינה אחרת כדי לעבוד.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עובדים מחו״ל שקוטפים פירות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עלות עבודה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כסף משלמים לעובדים.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שכר נמוך במפעלי תפירה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המסע של החולצה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תסתכלו על התווית בחולצה. כתוב שם שם של מדינה. אבל החולצה עברה עוד מדינות. הכותנה גדלה בשדה במדינה אחת. את הבד תפרו במדינה אחרת.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חברות גדולות מחליטות איפה לייצר. הן בוחרות מקום שבו משלמים לעובדים פחות. אחר כך החולצה מפליגה באונייה במכולה. בסוף היא מגיעה לחנות ליד הבית.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מפעלים של מחשבים ותרופות. הם מוכרים לכל העולם, והם גדלים. יש מפעלים של בגדים ונעליים. בחלק מהמדינות הם נסגרים. גם עובדים עוברים למדינה אחרת כדי לעבוד.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שרשרת ייצור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כל השלבים שמוצר עובר עד החנות.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חומר גלם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תעשייה של מחשבים, מדע ותרופות.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חברה רב-לאומית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החומר שממנו עושים מוצר.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תעשייה עתירת ידע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מפעלים של בגדים, נעליים ואוכל.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תעשייה מסורתית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חברה שעובדת בהרבה מדינות.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מהגרי עבודה   ·   עלות עבודה   ·   מדינת לאום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שכר נמוך במפעלי תפירה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עובדים מחו״ל שקוטפים פירות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מדינה שקובעת מסים לחברות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איפה גדלה הכותנה של החולצה?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בשדה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במכולה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בחנות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מי מחליט איפה לייצר את החולצה?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חברה גדולה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הילד שקונה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הדג 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השכן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למה חברות מייצרות במדינות רחוקות?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שם קר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אין שם אנשים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משלמים שם לעובדים פחות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שם יש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איך מגיעה החולצה לארץ?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ברגל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בבלון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במעלית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באונייה במכולה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איזה מפעל מוכר לכל העולם וגדל?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מפעל לתוכנות מחשב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דוכן פלאפל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מכולת שכונתית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חנות פרחים קטנה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חולצה יכולה לעבור כמה מדינות עד שהיא מגיעה לחנות.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כל החולצות נתפרות בארץ שבה קונים אותן.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יש אנשים שעוברים למדינה אחרת כדי לעבוד.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כותנה גדלה בתוך מכולה.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כתוב על התווית של חולצה או נעל שלכם?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כתוב שהיא יוצרה ב...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ציירו או כתבו שלוש תחנות במסע של חולצה.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1. ... 2. ... 3.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גלובליזציה וכלכלה: המסע של חולצה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תחנה אחת במסע של החולצה: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חומר גלם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מילה חדשה שלמדתי: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גלובליזציה וכלכלה: המסע של חולצה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