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גלובליזציה וכלכלה: המסע של חולצה</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חולצה אחת עוברת חמש מדינות לפני שהיא מגיעה אליכם.</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שרשרת ייצור</w:t>
            </w:r>
          </w:p>
        </w:tc>
        <w:tc>
          <w:tcPr>
            <w:tcW w:type="dxa" w:w="5102"/>
          </w:tcPr>
          <w:p>
            <w:pPr>
              <w:bidi w:val="1"/>
              <w:jc w:val="right"/>
            </w:pPr>
            <w:r/>
            <w:r>
              <w:rPr>
                <w:rFonts w:ascii="Assistant" w:hAnsi="Assistant" w:cs="Assistant"/>
                <w:b w:val="0"/>
                <w:sz w:val="21"/>
                <w:rtl w:val="1"/>
                <w:szCs w:val="21"/>
              </w:rPr>
              <w:t>כל השלבים שעובר מוצר מחומר הגלם ועד החנות, לעיתים קרובות במדינות שונות.</w:t>
            </w:r>
          </w:p>
        </w:tc>
        <w:tc>
          <w:tcPr>
            <w:tcW w:type="dxa" w:w="2835"/>
          </w:tcPr>
          <w:p>
            <w:pPr>
              <w:bidi w:val="1"/>
              <w:jc w:val="right"/>
            </w:pPr>
            <w:r/>
            <w:r>
              <w:rPr>
                <w:rFonts w:ascii="Assistant" w:hAnsi="Assistant" w:cs="Assistant"/>
                <w:b w:val="0"/>
                <w:sz w:val="21"/>
                <w:rtl w:val="1"/>
                <w:szCs w:val="21"/>
              </w:rPr>
              <w:t>כותנה, חוטים, בד, תפירה ומשלוח</w:t>
            </w:r>
          </w:p>
        </w:tc>
      </w:tr>
      <w:tr>
        <w:tc>
          <w:tcPr>
            <w:tcW w:type="dxa" w:w="1984"/>
          </w:tcPr>
          <w:p>
            <w:pPr>
              <w:bidi w:val="1"/>
              <w:jc w:val="right"/>
            </w:pPr>
            <w:r/>
            <w:r>
              <w:rPr>
                <w:rFonts w:ascii="Assistant" w:hAnsi="Assistant" w:cs="Assistant"/>
                <w:b w:val="0"/>
                <w:sz w:val="21"/>
                <w:rtl w:val="1"/>
                <w:szCs w:val="21"/>
              </w:rPr>
              <w:t>חומר גלם</w:t>
            </w:r>
          </w:p>
        </w:tc>
        <w:tc>
          <w:tcPr>
            <w:tcW w:type="dxa" w:w="5102"/>
          </w:tcPr>
          <w:p>
            <w:pPr>
              <w:bidi w:val="1"/>
              <w:jc w:val="right"/>
            </w:pPr>
            <w:r/>
            <w:r>
              <w:rPr>
                <w:rFonts w:ascii="Assistant" w:hAnsi="Assistant" w:cs="Assistant"/>
                <w:b w:val="0"/>
                <w:sz w:val="21"/>
                <w:rtl w:val="1"/>
                <w:szCs w:val="21"/>
              </w:rPr>
              <w:t>חומר טבעי שממנו מייצרים מוצרים, כמו כותנה, עץ, נפט או מתכות.</w:t>
            </w:r>
          </w:p>
        </w:tc>
        <w:tc>
          <w:tcPr>
            <w:tcW w:type="dxa" w:w="2835"/>
          </w:tcPr>
          <w:p>
            <w:pPr>
              <w:bidi w:val="1"/>
              <w:jc w:val="right"/>
            </w:pPr>
            <w:r/>
            <w:r>
              <w:rPr>
                <w:rFonts w:ascii="Assistant" w:hAnsi="Assistant" w:cs="Assistant"/>
                <w:b w:val="0"/>
                <w:sz w:val="21"/>
                <w:rtl w:val="1"/>
                <w:szCs w:val="21"/>
              </w:rPr>
              <w:t>כותנה שממנה עושים חולצה</w:t>
            </w:r>
          </w:p>
        </w:tc>
      </w:tr>
      <w:tr>
        <w:tc>
          <w:tcPr>
            <w:tcW w:type="dxa" w:w="1984"/>
          </w:tcPr>
          <w:p>
            <w:pPr>
              <w:bidi w:val="1"/>
              <w:jc w:val="right"/>
            </w:pPr>
            <w:r/>
            <w:r>
              <w:rPr>
                <w:rFonts w:ascii="Assistant" w:hAnsi="Assistant" w:cs="Assistant"/>
                <w:b w:val="0"/>
                <w:sz w:val="21"/>
                <w:rtl w:val="1"/>
                <w:szCs w:val="21"/>
              </w:rPr>
              <w:t>חברה רב-לאומית</w:t>
            </w:r>
          </w:p>
        </w:tc>
        <w:tc>
          <w:tcPr>
            <w:tcW w:type="dxa" w:w="5102"/>
          </w:tcPr>
          <w:p>
            <w:pPr>
              <w:bidi w:val="1"/>
              <w:jc w:val="right"/>
            </w:pPr>
            <w:r/>
            <w:r>
              <w:rPr>
                <w:rFonts w:ascii="Assistant" w:hAnsi="Assistant" w:cs="Assistant"/>
                <w:b w:val="0"/>
                <w:sz w:val="21"/>
                <w:rtl w:val="1"/>
                <w:szCs w:val="21"/>
              </w:rPr>
              <w:t>חברה שיש לה משרדים, מפעלים וחנויות במדינות רבות, והיא מחליטה היכן לייצר כל חלק.</w:t>
            </w:r>
          </w:p>
        </w:tc>
        <w:tc>
          <w:tcPr>
            <w:tcW w:type="dxa" w:w="2835"/>
          </w:tcPr>
          <w:p>
            <w:pPr>
              <w:bidi w:val="1"/>
              <w:jc w:val="right"/>
            </w:pPr>
            <w:r/>
            <w:r>
              <w:rPr>
                <w:rFonts w:ascii="Assistant" w:hAnsi="Assistant" w:cs="Assistant"/>
                <w:b w:val="0"/>
                <w:sz w:val="21"/>
                <w:rtl w:val="1"/>
                <w:szCs w:val="21"/>
              </w:rPr>
              <w:t>רשת בגדים עם חנויות ביבשות רבות</w:t>
            </w:r>
          </w:p>
        </w:tc>
      </w:tr>
      <w:tr>
        <w:tc>
          <w:tcPr>
            <w:tcW w:type="dxa" w:w="1984"/>
          </w:tcPr>
          <w:p>
            <w:pPr>
              <w:bidi w:val="1"/>
              <w:jc w:val="right"/>
            </w:pPr>
            <w:r/>
            <w:r>
              <w:rPr>
                <w:rFonts w:ascii="Assistant" w:hAnsi="Assistant" w:cs="Assistant"/>
                <w:b w:val="0"/>
                <w:sz w:val="21"/>
                <w:rtl w:val="1"/>
                <w:szCs w:val="21"/>
              </w:rPr>
              <w:t>תעשייה עתירת ידע</w:t>
            </w:r>
          </w:p>
        </w:tc>
        <w:tc>
          <w:tcPr>
            <w:tcW w:type="dxa" w:w="5102"/>
          </w:tcPr>
          <w:p>
            <w:pPr>
              <w:bidi w:val="1"/>
              <w:jc w:val="right"/>
            </w:pPr>
            <w:r/>
            <w:r>
              <w:rPr>
                <w:rFonts w:ascii="Assistant" w:hAnsi="Assistant" w:cs="Assistant"/>
                <w:b w:val="0"/>
                <w:sz w:val="21"/>
                <w:rtl w:val="1"/>
                <w:szCs w:val="21"/>
              </w:rPr>
              <w:t>תעשייה שמבוססת על מחקר, מדע וטכנולוגיה, כמו תוכנה, שבבים ותרופות.</w:t>
            </w:r>
          </w:p>
        </w:tc>
        <w:tc>
          <w:tcPr>
            <w:tcW w:type="dxa" w:w="2835"/>
          </w:tcPr>
          <w:p>
            <w:pPr>
              <w:bidi w:val="1"/>
              <w:jc w:val="right"/>
            </w:pPr>
            <w:r/>
            <w:r>
              <w:rPr>
                <w:rFonts w:ascii="Assistant" w:hAnsi="Assistant" w:cs="Assistant"/>
                <w:b w:val="0"/>
                <w:sz w:val="21"/>
                <w:rtl w:val="1"/>
                <w:szCs w:val="21"/>
              </w:rPr>
              <w:t>חברה שמפתחת תוכנה לרופאים</w:t>
            </w:r>
          </w:p>
        </w:tc>
      </w:tr>
      <w:tr>
        <w:tc>
          <w:tcPr>
            <w:tcW w:type="dxa" w:w="1984"/>
          </w:tcPr>
          <w:p>
            <w:pPr>
              <w:bidi w:val="1"/>
              <w:jc w:val="right"/>
            </w:pPr>
            <w:r/>
            <w:r>
              <w:rPr>
                <w:rFonts w:ascii="Assistant" w:hAnsi="Assistant" w:cs="Assistant"/>
                <w:b w:val="0"/>
                <w:sz w:val="21"/>
                <w:rtl w:val="1"/>
                <w:szCs w:val="21"/>
              </w:rPr>
              <w:t>תעשייה מסורתית</w:t>
            </w:r>
          </w:p>
        </w:tc>
        <w:tc>
          <w:tcPr>
            <w:tcW w:type="dxa" w:w="5102"/>
          </w:tcPr>
          <w:p>
            <w:pPr>
              <w:bidi w:val="1"/>
              <w:jc w:val="right"/>
            </w:pPr>
            <w:r/>
            <w:r>
              <w:rPr>
                <w:rFonts w:ascii="Assistant" w:hAnsi="Assistant" w:cs="Assistant"/>
                <w:b w:val="0"/>
                <w:sz w:val="21"/>
                <w:rtl w:val="1"/>
                <w:szCs w:val="21"/>
              </w:rPr>
              <w:t>תעשייה שמייצרת מוצרים פשוטים יחסית בעבודת ידיים ומכונות, כמו טקסטיל, נעליים ומזון.</w:t>
            </w:r>
          </w:p>
        </w:tc>
        <w:tc>
          <w:tcPr>
            <w:tcW w:type="dxa" w:w="2835"/>
          </w:tcPr>
          <w:p>
            <w:pPr>
              <w:bidi w:val="1"/>
              <w:jc w:val="right"/>
            </w:pPr>
            <w:r/>
            <w:r>
              <w:rPr>
                <w:rFonts w:ascii="Assistant" w:hAnsi="Assistant" w:cs="Assistant"/>
                <w:b w:val="0"/>
                <w:sz w:val="21"/>
                <w:rtl w:val="1"/>
                <w:szCs w:val="21"/>
              </w:rPr>
              <w:t>מפעל תפירה של חולצות</w:t>
            </w:r>
          </w:p>
        </w:tc>
      </w:tr>
      <w:tr>
        <w:tc>
          <w:tcPr>
            <w:tcW w:type="dxa" w:w="1984"/>
          </w:tcPr>
          <w:p>
            <w:pPr>
              <w:bidi w:val="1"/>
              <w:jc w:val="right"/>
            </w:pPr>
            <w:r/>
            <w:r>
              <w:rPr>
                <w:rFonts w:ascii="Assistant" w:hAnsi="Assistant" w:cs="Assistant"/>
                <w:b w:val="0"/>
                <w:sz w:val="21"/>
                <w:rtl w:val="1"/>
                <w:szCs w:val="21"/>
              </w:rPr>
              <w:t>מדינת לאום</w:t>
            </w:r>
          </w:p>
        </w:tc>
        <w:tc>
          <w:tcPr>
            <w:tcW w:type="dxa" w:w="5102"/>
          </w:tcPr>
          <w:p>
            <w:pPr>
              <w:bidi w:val="1"/>
              <w:jc w:val="right"/>
            </w:pPr>
            <w:r/>
            <w:r>
              <w:rPr>
                <w:rFonts w:ascii="Assistant" w:hAnsi="Assistant" w:cs="Assistant"/>
                <w:b w:val="0"/>
                <w:sz w:val="21"/>
                <w:rtl w:val="1"/>
                <w:szCs w:val="21"/>
              </w:rPr>
              <w:t>מדינה עצמאית עם גבולות, ממשלה וחוקים, שבה חי עם או ציבור עם זהות משותפת.</w:t>
            </w:r>
          </w:p>
        </w:tc>
        <w:tc>
          <w:tcPr>
            <w:tcW w:type="dxa" w:w="2835"/>
          </w:tcPr>
          <w:p>
            <w:pPr>
              <w:bidi w:val="1"/>
              <w:jc w:val="right"/>
            </w:pPr>
            <w:r/>
            <w:r>
              <w:rPr>
                <w:rFonts w:ascii="Assistant" w:hAnsi="Assistant" w:cs="Assistant"/>
                <w:b w:val="0"/>
                <w:sz w:val="21"/>
                <w:rtl w:val="1"/>
                <w:szCs w:val="21"/>
              </w:rPr>
              <w:t>מדינה שקובעת מסים לחברות</w:t>
            </w:r>
          </w:p>
        </w:tc>
      </w:tr>
      <w:tr>
        <w:tc>
          <w:tcPr>
            <w:tcW w:type="dxa" w:w="1984"/>
          </w:tcPr>
          <w:p>
            <w:pPr>
              <w:bidi w:val="1"/>
              <w:jc w:val="right"/>
            </w:pPr>
            <w:r/>
            <w:r>
              <w:rPr>
                <w:rFonts w:ascii="Assistant" w:hAnsi="Assistant" w:cs="Assistant"/>
                <w:b w:val="0"/>
                <w:sz w:val="21"/>
                <w:rtl w:val="1"/>
                <w:szCs w:val="21"/>
              </w:rPr>
              <w:t>מהגרי עבודה</w:t>
            </w:r>
          </w:p>
        </w:tc>
        <w:tc>
          <w:tcPr>
            <w:tcW w:type="dxa" w:w="5102"/>
          </w:tcPr>
          <w:p>
            <w:pPr>
              <w:bidi w:val="1"/>
              <w:jc w:val="right"/>
            </w:pPr>
            <w:r/>
            <w:r>
              <w:rPr>
                <w:rFonts w:ascii="Assistant" w:hAnsi="Assistant" w:cs="Assistant"/>
                <w:b w:val="0"/>
                <w:sz w:val="21"/>
                <w:rtl w:val="1"/>
                <w:szCs w:val="21"/>
              </w:rPr>
              <w:t>אנשים שעוברים ממדינה למדינה כדי לעבוד, למשל בחקלאות, בבנייה, בסיעוד או בטכנולוגיה.</w:t>
            </w:r>
          </w:p>
        </w:tc>
        <w:tc>
          <w:tcPr>
            <w:tcW w:type="dxa" w:w="2835"/>
          </w:tcPr>
          <w:p>
            <w:pPr>
              <w:bidi w:val="1"/>
              <w:jc w:val="right"/>
            </w:pPr>
            <w:r/>
            <w:r>
              <w:rPr>
                <w:rFonts w:ascii="Assistant" w:hAnsi="Assistant" w:cs="Assistant"/>
                <w:b w:val="0"/>
                <w:sz w:val="21"/>
                <w:rtl w:val="1"/>
                <w:szCs w:val="21"/>
              </w:rPr>
              <w:t>עובדים מחו״ל שקוטפים פירות</w:t>
            </w:r>
          </w:p>
        </w:tc>
      </w:tr>
      <w:tr>
        <w:tc>
          <w:tcPr>
            <w:tcW w:type="dxa" w:w="1984"/>
          </w:tcPr>
          <w:p>
            <w:pPr>
              <w:bidi w:val="1"/>
              <w:jc w:val="right"/>
            </w:pPr>
            <w:r/>
            <w:r>
              <w:rPr>
                <w:rFonts w:ascii="Assistant" w:hAnsi="Assistant" w:cs="Assistant"/>
                <w:b w:val="0"/>
                <w:sz w:val="21"/>
                <w:rtl w:val="1"/>
                <w:szCs w:val="21"/>
              </w:rPr>
              <w:t>עלות עבודה</w:t>
            </w:r>
          </w:p>
        </w:tc>
        <w:tc>
          <w:tcPr>
            <w:tcW w:type="dxa" w:w="5102"/>
          </w:tcPr>
          <w:p>
            <w:pPr>
              <w:bidi w:val="1"/>
              <w:jc w:val="right"/>
            </w:pPr>
            <w:r/>
            <w:r>
              <w:rPr>
                <w:rFonts w:ascii="Assistant" w:hAnsi="Assistant" w:cs="Assistant"/>
                <w:b w:val="0"/>
                <w:sz w:val="21"/>
                <w:rtl w:val="1"/>
                <w:szCs w:val="21"/>
              </w:rPr>
              <w:t>הסכום שמעסיק משלם לעובדים; חברות מעבירות ייצור למקומות שבהם היא נמוכה.</w:t>
            </w:r>
          </w:p>
        </w:tc>
        <w:tc>
          <w:tcPr>
            <w:tcW w:type="dxa" w:w="2835"/>
          </w:tcPr>
          <w:p>
            <w:pPr>
              <w:bidi w:val="1"/>
              <w:jc w:val="right"/>
            </w:pPr>
            <w:r/>
            <w:r>
              <w:rPr>
                <w:rFonts w:ascii="Assistant" w:hAnsi="Assistant" w:cs="Assistant"/>
                <w:b w:val="0"/>
                <w:sz w:val="21"/>
                <w:rtl w:val="1"/>
                <w:szCs w:val="21"/>
              </w:rPr>
              <w:t>שכר נמוך במפעלי תפירה</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חולצה אחת, הרבה מדינות</w:t>
      </w:r>
    </w:p>
    <w:p>
      <w:pPr>
        <w:bidi w:val="1"/>
        <w:spacing w:after="120"/>
        <w:jc w:val="right"/>
      </w:pPr>
      <w:r>
        <w:rPr>
          <w:rFonts w:ascii="Assistant" w:hAnsi="Assistant" w:cs="Assistant"/>
          <w:b w:val="0"/>
          <w:sz w:val="23"/>
          <w:rtl w:val="1"/>
          <w:szCs w:val="23"/>
        </w:rPr>
        <w:t>הסתכלו על התווית של החולצה שאתם לובשים. סביר שמופיע בה שם של מדינה רחוקה – אבל גם היא רק תחנה אחת במסע. הכותנה גדלה אולי בשדה במדינה אחת, החוטים נטוו בשנייה, הבד נתפר בשלישית, העיצוב נעשה ביבשת אחרת, ובסוף החולצה הפליגה במכולה עד לחנות. כך נראית היום שרשרת הייצור של מוצרים רבים.</w:t>
      </w:r>
    </w:p>
    <w:p>
      <w:pPr>
        <w:bidi w:val="1"/>
        <w:spacing w:after="120"/>
        <w:jc w:val="right"/>
      </w:pPr>
      <w:r>
        <w:rPr>
          <w:rFonts w:ascii="Assistant" w:hAnsi="Assistant" w:cs="Assistant"/>
          <w:b w:val="0"/>
          <w:sz w:val="23"/>
          <w:rtl w:val="1"/>
          <w:szCs w:val="23"/>
        </w:rPr>
        <w:t>את המסע מנהלות חברות רב-לאומיות. החברה מחליטה היכן לייצר כל חלק: היכן עלות העבודה נמוכה, היכן יש חומרי גלם והיכן יושבים הקונים. חברות כאלה צברו כוח רב: כשחברה יכולה להעביר מפעל ממדינה למדינה, ממשלות מתחרות עליה ומציעות לה הקלות במסים. יש הטוענים שכך נחלש כוחן של מדינות הלאום.</w:t>
      </w:r>
    </w:p>
    <w:p>
      <w:pPr>
        <w:bidi w:val="1"/>
        <w:spacing w:after="120"/>
        <w:jc w:val="right"/>
      </w:pPr>
      <w:r>
        <w:rPr>
          <w:rFonts w:ascii="Assistant" w:hAnsi="Assistant" w:cs="Assistant"/>
          <w:b w:val="0"/>
          <w:sz w:val="23"/>
          <w:rtl w:val="1"/>
          <w:szCs w:val="23"/>
        </w:rPr>
        <w:t>הגלובליזציה משפיעה אחרת על תעשיות שונות. תעשייה עתירת ידע – תוכנה, שבבים, תרופות – צומחת, כי היא מוכרת רעיונות ומוצרים לכל העולם; בישראל יותר ממחצית היצוא מגיע ממנה. התעשייה המסורתית – טקסטיל, הנעלה וחלק ממפעלי המזון – נפגעת במדינות שבהן השכר גבוה, כי קשה לה להתחרות במוצרים זולים מיובאים.</w:t>
      </w:r>
    </w:p>
    <w:p>
      <w:pPr>
        <w:bidi w:val="1"/>
        <w:spacing w:after="120"/>
        <w:jc w:val="right"/>
      </w:pPr>
      <w:r>
        <w:rPr>
          <w:rFonts w:ascii="Assistant" w:hAnsi="Assistant" w:cs="Assistant"/>
          <w:b w:val="0"/>
          <w:sz w:val="23"/>
          <w:rtl w:val="1"/>
          <w:szCs w:val="23"/>
        </w:rPr>
        <w:t>גם אנשים נעים: מהגרי עבודה עוברים ממדינה למדינה כדי לעבוד בחקלאות, בבנייה, בסיעוד או בהייטק. מדינות רבות גם הפריטו חברות ושירותים. האם כל זה ברכה או קללה? התשובה תלויה במי שואלים – הצרכן, העובד במפעל, בעל החברה או הממשלה.</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שרשרת ייצור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חברה שיש לה משרדים, מפעלים וחנויות במדינות רבות, והיא מחליטה היכן לייצר כל חלק.</w:t>
            </w:r>
          </w:p>
        </w:tc>
      </w:tr>
      <w:tr>
        <w:tc>
          <w:tcPr>
            <w:tcW w:type="dxa" w:w="2268"/>
          </w:tcPr>
          <w:p>
            <w:pPr>
              <w:bidi w:val="1"/>
              <w:jc w:val="right"/>
            </w:pPr>
            <w:r/>
            <w:r>
              <w:rPr>
                <w:rFonts w:ascii="Assistant" w:hAnsi="Assistant" w:cs="Assistant"/>
                <w:b w:val="0"/>
                <w:sz w:val="21"/>
                <w:rtl w:val="1"/>
                <w:szCs w:val="21"/>
              </w:rPr>
              <w:t>2. חומר גלם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תעשייה שמייצרת מוצרים פשוטים יחסית בעבודת ידיים ומכונות, כמו טקסטיל, נעליים ומזון.</w:t>
            </w:r>
          </w:p>
        </w:tc>
      </w:tr>
      <w:tr>
        <w:tc>
          <w:tcPr>
            <w:tcW w:type="dxa" w:w="2268"/>
          </w:tcPr>
          <w:p>
            <w:pPr>
              <w:bidi w:val="1"/>
              <w:jc w:val="right"/>
            </w:pPr>
            <w:r/>
            <w:r>
              <w:rPr>
                <w:rFonts w:ascii="Assistant" w:hAnsi="Assistant" w:cs="Assistant"/>
                <w:b w:val="0"/>
                <w:sz w:val="21"/>
                <w:rtl w:val="1"/>
                <w:szCs w:val="21"/>
              </w:rPr>
              <w:t>3. חברה רב-לאומית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תעשייה שמבוססת על מחקר, מדע וטכנולוגיה, כמו תוכנה, שבבים ותרופות.</w:t>
            </w:r>
          </w:p>
        </w:tc>
      </w:tr>
      <w:tr>
        <w:tc>
          <w:tcPr>
            <w:tcW w:type="dxa" w:w="2268"/>
          </w:tcPr>
          <w:p>
            <w:pPr>
              <w:bidi w:val="1"/>
              <w:jc w:val="right"/>
            </w:pPr>
            <w:r/>
            <w:r>
              <w:rPr>
                <w:rFonts w:ascii="Assistant" w:hAnsi="Assistant" w:cs="Assistant"/>
                <w:b w:val="0"/>
                <w:sz w:val="21"/>
                <w:rtl w:val="1"/>
                <w:szCs w:val="21"/>
              </w:rPr>
              <w:t>4. תעשייה עתירת ידע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כל השלבים שעובר מוצר מחומר הגלם ועד החנות, לעיתים קרובות במדינות שונות.</w:t>
            </w:r>
          </w:p>
        </w:tc>
      </w:tr>
      <w:tr>
        <w:tc>
          <w:tcPr>
            <w:tcW w:type="dxa" w:w="2268"/>
          </w:tcPr>
          <w:p>
            <w:pPr>
              <w:bidi w:val="1"/>
              <w:jc w:val="right"/>
            </w:pPr>
            <w:r/>
            <w:r>
              <w:rPr>
                <w:rFonts w:ascii="Assistant" w:hAnsi="Assistant" w:cs="Assistant"/>
                <w:b w:val="0"/>
                <w:sz w:val="21"/>
                <w:rtl w:val="1"/>
                <w:szCs w:val="21"/>
              </w:rPr>
              <w:t>5. תעשייה מסורתית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חומר טבעי שממנו מייצרים מוצרים, כמו כותנה, עץ, נפט או מתכות.</w:t>
            </w:r>
          </w:p>
        </w:tc>
      </w:tr>
      <w:tr>
        <w:tc>
          <w:tcPr>
            <w:tcW w:type="dxa" w:w="2268"/>
          </w:tcPr>
          <w:p>
            <w:pPr>
              <w:bidi w:val="1"/>
              <w:jc w:val="right"/>
            </w:pPr>
            <w:r/>
            <w:r>
              <w:rPr>
                <w:rFonts w:ascii="Assistant" w:hAnsi="Assistant" w:cs="Assistant"/>
                <w:b w:val="0"/>
                <w:sz w:val="21"/>
                <w:rtl w:val="1"/>
                <w:szCs w:val="21"/>
              </w:rPr>
              <w:t>6. מדינת לאום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מדינה עצמאית עם גבולות, ממשלה וחוקים, שבה חי עם או ציבור עם זהות משותפת.</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תעשייה מסורתית   ·   עלות עבודה   ·   מדינת לאום   ·   מהגרי עבודה</w:t>
      </w:r>
    </w:p>
    <w:p>
      <w:pPr>
        <w:bidi w:val="1"/>
        <w:spacing w:after="80"/>
        <w:jc w:val="right"/>
      </w:pPr>
      <w:r>
        <w:rPr>
          <w:rFonts w:ascii="Assistant" w:hAnsi="Assistant" w:cs="Assistant"/>
          <w:b w:val="0"/>
          <w:sz w:val="23"/>
          <w:rtl w:val="1"/>
          <w:szCs w:val="23"/>
        </w:rPr>
        <w:t>1. שכר נמוך במפעלי תפירה – זו דוגמה ל־______________</w:t>
      </w:r>
    </w:p>
    <w:p>
      <w:pPr>
        <w:bidi w:val="1"/>
        <w:spacing w:after="80"/>
        <w:jc w:val="right"/>
      </w:pPr>
      <w:r>
        <w:rPr>
          <w:rFonts w:ascii="Assistant" w:hAnsi="Assistant" w:cs="Assistant"/>
          <w:b w:val="0"/>
          <w:sz w:val="23"/>
          <w:rtl w:val="1"/>
          <w:szCs w:val="23"/>
        </w:rPr>
        <w:t>2. עובדים מחו״ל שקוטפים פירות – זו דוגמה ל־______________</w:t>
      </w:r>
    </w:p>
    <w:p>
      <w:pPr>
        <w:bidi w:val="1"/>
        <w:spacing w:after="80"/>
        <w:jc w:val="right"/>
      </w:pPr>
      <w:r>
        <w:rPr>
          <w:rFonts w:ascii="Assistant" w:hAnsi="Assistant" w:cs="Assistant"/>
          <w:b w:val="0"/>
          <w:sz w:val="23"/>
          <w:rtl w:val="1"/>
          <w:szCs w:val="23"/>
        </w:rPr>
        <w:t>3. מדינה שקובעת מסים לחברות – זו דוגמה ל־______________</w:t>
      </w:r>
    </w:p>
    <w:p>
      <w:pPr>
        <w:bidi w:val="1"/>
        <w:spacing w:after="80"/>
        <w:jc w:val="right"/>
      </w:pPr>
      <w:r>
        <w:rPr>
          <w:rFonts w:ascii="Assistant" w:hAnsi="Assistant" w:cs="Assistant"/>
          <w:b w:val="0"/>
          <w:sz w:val="23"/>
          <w:rtl w:val="1"/>
          <w:szCs w:val="23"/>
        </w:rPr>
        <w:t>4. מפעל תפירה של חולצות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מהי שרשרת ייצור?</w:t>
      </w:r>
    </w:p>
    <w:p>
      <w:pPr>
        <w:bidi w:val="1"/>
        <w:spacing w:after="20"/>
        <w:jc w:val="right"/>
      </w:pPr>
      <w:r>
        <w:rPr>
          <w:rFonts w:ascii="Assistant" w:hAnsi="Assistant" w:cs="Assistant"/>
          <w:b w:val="0"/>
          <w:sz w:val="23"/>
          <w:rtl w:val="1"/>
          <w:szCs w:val="23"/>
        </w:rPr>
        <w:t xml:space="preserve">     ◯ א. חנות שמוכרת שרשראות</w:t>
      </w:r>
    </w:p>
    <w:p>
      <w:pPr>
        <w:bidi w:val="1"/>
        <w:spacing w:after="20"/>
        <w:jc w:val="right"/>
      </w:pPr>
      <w:r>
        <w:rPr>
          <w:rFonts w:ascii="Assistant" w:hAnsi="Assistant" w:cs="Assistant"/>
          <w:b w:val="0"/>
          <w:sz w:val="23"/>
          <w:rtl w:val="1"/>
          <w:szCs w:val="23"/>
        </w:rPr>
        <w:t xml:space="preserve">     ◯ ב. כל השלבים שמוצר עובר מחומר הגלם ועד החנות</w:t>
      </w:r>
    </w:p>
    <w:p>
      <w:pPr>
        <w:bidi w:val="1"/>
        <w:spacing w:after="20"/>
        <w:jc w:val="right"/>
      </w:pPr>
      <w:r>
        <w:rPr>
          <w:rFonts w:ascii="Assistant" w:hAnsi="Assistant" w:cs="Assistant"/>
          <w:b w:val="0"/>
          <w:sz w:val="23"/>
          <w:rtl w:val="1"/>
          <w:szCs w:val="23"/>
        </w:rPr>
        <w:t xml:space="preserve">     ◯ ג. מפעל אחד גדול</w:t>
      </w:r>
    </w:p>
    <w:p>
      <w:pPr>
        <w:bidi w:val="1"/>
        <w:spacing w:after="20"/>
        <w:jc w:val="right"/>
      </w:pPr>
      <w:r>
        <w:rPr>
          <w:rFonts w:ascii="Assistant" w:hAnsi="Assistant" w:cs="Assistant"/>
          <w:b w:val="0"/>
          <w:sz w:val="23"/>
          <w:rtl w:val="1"/>
          <w:szCs w:val="23"/>
        </w:rPr>
        <w:t xml:space="preserve">     ◯ ד. רשימת קניות</w:t>
      </w:r>
    </w:p>
    <w:p>
      <w:pPr>
        <w:bidi w:val="1"/>
        <w:spacing w:after="20"/>
        <w:jc w:val="right"/>
      </w:pPr>
      <w:r>
        <w:rPr>
          <w:rFonts w:ascii="Assistant" w:hAnsi="Assistant" w:cs="Assistant"/>
          <w:b/>
          <w:sz w:val="23"/>
          <w:rtl w:val="1"/>
          <w:bCs/>
          <w:szCs w:val="23"/>
        </w:rPr>
        <w:t>2. מה אינו שיקול של חברה רב-לאומית בבחירת מקום ייצור?</w:t>
      </w:r>
    </w:p>
    <w:p>
      <w:pPr>
        <w:bidi w:val="1"/>
        <w:spacing w:after="20"/>
        <w:jc w:val="right"/>
      </w:pPr>
      <w:r>
        <w:rPr>
          <w:rFonts w:ascii="Assistant" w:hAnsi="Assistant" w:cs="Assistant"/>
          <w:b w:val="0"/>
          <w:sz w:val="23"/>
          <w:rtl w:val="1"/>
          <w:szCs w:val="23"/>
        </w:rPr>
        <w:t xml:space="preserve">     ◯ א. עלות העבודה</w:t>
      </w:r>
    </w:p>
    <w:p>
      <w:pPr>
        <w:bidi w:val="1"/>
        <w:spacing w:after="20"/>
        <w:jc w:val="right"/>
      </w:pPr>
      <w:r>
        <w:rPr>
          <w:rFonts w:ascii="Assistant" w:hAnsi="Assistant" w:cs="Assistant"/>
          <w:b w:val="0"/>
          <w:sz w:val="23"/>
          <w:rtl w:val="1"/>
          <w:szCs w:val="23"/>
        </w:rPr>
        <w:t xml:space="preserve">     ◯ ב. קרבה לחומרי גלם</w:t>
      </w:r>
    </w:p>
    <w:p>
      <w:pPr>
        <w:bidi w:val="1"/>
        <w:spacing w:after="20"/>
        <w:jc w:val="right"/>
      </w:pPr>
      <w:r>
        <w:rPr>
          <w:rFonts w:ascii="Assistant" w:hAnsi="Assistant" w:cs="Assistant"/>
          <w:b w:val="0"/>
          <w:sz w:val="23"/>
          <w:rtl w:val="1"/>
          <w:szCs w:val="23"/>
        </w:rPr>
        <w:t xml:space="preserve">     ◯ ג. קרבה לקונים</w:t>
      </w:r>
    </w:p>
    <w:p>
      <w:pPr>
        <w:bidi w:val="1"/>
        <w:spacing w:after="20"/>
        <w:jc w:val="right"/>
      </w:pPr>
      <w:r>
        <w:rPr>
          <w:rFonts w:ascii="Assistant" w:hAnsi="Assistant" w:cs="Assistant"/>
          <w:b w:val="0"/>
          <w:sz w:val="23"/>
          <w:rtl w:val="1"/>
          <w:szCs w:val="23"/>
        </w:rPr>
        <w:t xml:space="preserve">     ◯ ד. הצבע של דגל המדינה</w:t>
      </w:r>
    </w:p>
    <w:p>
      <w:pPr>
        <w:bidi w:val="1"/>
        <w:spacing w:after="20"/>
        <w:jc w:val="right"/>
      </w:pPr>
      <w:r>
        <w:rPr>
          <w:rFonts w:ascii="Assistant" w:hAnsi="Assistant" w:cs="Assistant"/>
          <w:b/>
          <w:sz w:val="23"/>
          <w:rtl w:val="1"/>
          <w:bCs/>
          <w:szCs w:val="23"/>
        </w:rPr>
        <w:t>3. מדוע יש הטוענים שכוחן של מדינות הלאום נחלש?</w:t>
      </w:r>
    </w:p>
    <w:p>
      <w:pPr>
        <w:bidi w:val="1"/>
        <w:spacing w:after="20"/>
        <w:jc w:val="right"/>
      </w:pPr>
      <w:r>
        <w:rPr>
          <w:rFonts w:ascii="Assistant" w:hAnsi="Assistant" w:cs="Assistant"/>
          <w:b w:val="0"/>
          <w:sz w:val="23"/>
          <w:rtl w:val="1"/>
          <w:szCs w:val="23"/>
        </w:rPr>
        <w:t xml:space="preserve">     ◯ א. כי ממשלות מתחרות על חברות ומציעות להן הקלות</w:t>
      </w:r>
    </w:p>
    <w:p>
      <w:pPr>
        <w:bidi w:val="1"/>
        <w:spacing w:after="20"/>
        <w:jc w:val="right"/>
      </w:pPr>
      <w:r>
        <w:rPr>
          <w:rFonts w:ascii="Assistant" w:hAnsi="Assistant" w:cs="Assistant"/>
          <w:b w:val="0"/>
          <w:sz w:val="23"/>
          <w:rtl w:val="1"/>
          <w:szCs w:val="23"/>
        </w:rPr>
        <w:t xml:space="preserve">     ◯ ב. כי אין להן גבולות</w:t>
      </w:r>
    </w:p>
    <w:p>
      <w:pPr>
        <w:bidi w:val="1"/>
        <w:spacing w:after="20"/>
        <w:jc w:val="right"/>
      </w:pPr>
      <w:r>
        <w:rPr>
          <w:rFonts w:ascii="Assistant" w:hAnsi="Assistant" w:cs="Assistant"/>
          <w:b w:val="0"/>
          <w:sz w:val="23"/>
          <w:rtl w:val="1"/>
          <w:szCs w:val="23"/>
        </w:rPr>
        <w:t xml:space="preserve">     ◯ ג. כי אין להן תושבים</w:t>
      </w:r>
    </w:p>
    <w:p>
      <w:pPr>
        <w:bidi w:val="1"/>
        <w:spacing w:after="20"/>
        <w:jc w:val="right"/>
      </w:pPr>
      <w:r>
        <w:rPr>
          <w:rFonts w:ascii="Assistant" w:hAnsi="Assistant" w:cs="Assistant"/>
          <w:b w:val="0"/>
          <w:sz w:val="23"/>
          <w:rtl w:val="1"/>
          <w:szCs w:val="23"/>
        </w:rPr>
        <w:t xml:space="preserve">     ◯ ד. כי הן אינן גובות מסים כלל</w:t>
      </w:r>
    </w:p>
    <w:p>
      <w:pPr>
        <w:bidi w:val="1"/>
        <w:spacing w:after="20"/>
        <w:jc w:val="right"/>
      </w:pPr>
      <w:r>
        <w:rPr>
          <w:rFonts w:ascii="Assistant" w:hAnsi="Assistant" w:cs="Assistant"/>
          <w:b/>
          <w:sz w:val="23"/>
          <w:rtl w:val="1"/>
          <w:bCs/>
          <w:szCs w:val="23"/>
        </w:rPr>
        <w:t>4. מדוע התעשייה המסורתית נפגעת במדינות עם שכר גבוה?</w:t>
      </w:r>
    </w:p>
    <w:p>
      <w:pPr>
        <w:bidi w:val="1"/>
        <w:spacing w:after="20"/>
        <w:jc w:val="right"/>
      </w:pPr>
      <w:r>
        <w:rPr>
          <w:rFonts w:ascii="Assistant" w:hAnsi="Assistant" w:cs="Assistant"/>
          <w:b w:val="0"/>
          <w:sz w:val="23"/>
          <w:rtl w:val="1"/>
          <w:szCs w:val="23"/>
        </w:rPr>
        <w:t xml:space="preserve">     ◯ א. כי אין בהן חומרי גלם</w:t>
      </w:r>
    </w:p>
    <w:p>
      <w:pPr>
        <w:bidi w:val="1"/>
        <w:spacing w:after="20"/>
        <w:jc w:val="right"/>
      </w:pPr>
      <w:r>
        <w:rPr>
          <w:rFonts w:ascii="Assistant" w:hAnsi="Assistant" w:cs="Assistant"/>
          <w:b w:val="0"/>
          <w:sz w:val="23"/>
          <w:rtl w:val="1"/>
          <w:szCs w:val="23"/>
        </w:rPr>
        <w:t xml:space="preserve">     ◯ ב. כי קשה להתחרות במוצרים זולים מיובאים</w:t>
      </w:r>
    </w:p>
    <w:p>
      <w:pPr>
        <w:bidi w:val="1"/>
        <w:spacing w:after="20"/>
        <w:jc w:val="right"/>
      </w:pPr>
      <w:r>
        <w:rPr>
          <w:rFonts w:ascii="Assistant" w:hAnsi="Assistant" w:cs="Assistant"/>
          <w:b w:val="0"/>
          <w:sz w:val="23"/>
          <w:rtl w:val="1"/>
          <w:szCs w:val="23"/>
        </w:rPr>
        <w:t xml:space="preserve">     ◯ ג. כי אסור לייצר בהן בגדים</w:t>
      </w:r>
    </w:p>
    <w:p>
      <w:pPr>
        <w:bidi w:val="1"/>
        <w:spacing w:after="20"/>
        <w:jc w:val="right"/>
      </w:pPr>
      <w:r>
        <w:rPr>
          <w:rFonts w:ascii="Assistant" w:hAnsi="Assistant" w:cs="Assistant"/>
          <w:b w:val="0"/>
          <w:sz w:val="23"/>
          <w:rtl w:val="1"/>
          <w:szCs w:val="23"/>
        </w:rPr>
        <w:t xml:space="preserve">     ◯ ד. כי אין בהן קונים</w:t>
      </w:r>
    </w:p>
    <w:p>
      <w:pPr>
        <w:bidi w:val="1"/>
        <w:spacing w:after="20"/>
        <w:jc w:val="right"/>
      </w:pPr>
      <w:r>
        <w:rPr>
          <w:rFonts w:ascii="Assistant" w:hAnsi="Assistant" w:cs="Assistant"/>
          <w:b/>
          <w:sz w:val="23"/>
          <w:rtl w:val="1"/>
          <w:bCs/>
          <w:szCs w:val="23"/>
        </w:rPr>
        <w:t>5. איזו דוגמה מתאימה לתעשייה עתירת ידע?</w:t>
      </w:r>
    </w:p>
    <w:p>
      <w:pPr>
        <w:bidi w:val="1"/>
        <w:spacing w:after="20"/>
        <w:jc w:val="right"/>
      </w:pPr>
      <w:r>
        <w:rPr>
          <w:rFonts w:ascii="Assistant" w:hAnsi="Assistant" w:cs="Assistant"/>
          <w:b w:val="0"/>
          <w:sz w:val="23"/>
          <w:rtl w:val="1"/>
          <w:szCs w:val="23"/>
        </w:rPr>
        <w:t xml:space="preserve">     ◯ א. מפעל לנעלי בית</w:t>
      </w:r>
    </w:p>
    <w:p>
      <w:pPr>
        <w:bidi w:val="1"/>
        <w:spacing w:after="20"/>
        <w:jc w:val="right"/>
      </w:pPr>
      <w:r>
        <w:rPr>
          <w:rFonts w:ascii="Assistant" w:hAnsi="Assistant" w:cs="Assistant"/>
          <w:b w:val="0"/>
          <w:sz w:val="23"/>
          <w:rtl w:val="1"/>
          <w:szCs w:val="23"/>
        </w:rPr>
        <w:t xml:space="preserve">     ◯ ב. מאפייה שכונתית</w:t>
      </w:r>
    </w:p>
    <w:p>
      <w:pPr>
        <w:bidi w:val="1"/>
        <w:spacing w:after="20"/>
        <w:jc w:val="right"/>
      </w:pPr>
      <w:r>
        <w:rPr>
          <w:rFonts w:ascii="Assistant" w:hAnsi="Assistant" w:cs="Assistant"/>
          <w:b w:val="0"/>
          <w:sz w:val="23"/>
          <w:rtl w:val="1"/>
          <w:szCs w:val="23"/>
        </w:rPr>
        <w:t xml:space="preserve">     ◯ ג. חברה שמפתחת שבבים</w:t>
      </w:r>
    </w:p>
    <w:p>
      <w:pPr>
        <w:bidi w:val="1"/>
        <w:spacing w:after="20"/>
        <w:jc w:val="right"/>
      </w:pPr>
      <w:r>
        <w:rPr>
          <w:rFonts w:ascii="Assistant" w:hAnsi="Assistant" w:cs="Assistant"/>
          <w:b w:val="0"/>
          <w:sz w:val="23"/>
          <w:rtl w:val="1"/>
          <w:szCs w:val="23"/>
        </w:rPr>
        <w:t xml:space="preserve">     ◯ ד. מפעל תפירה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בישראל יותר ממחצית היצוא מגיע מתעשייה עתירת ידע.</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הגלובליזציה משפיעה באותו אופן על כל סוגי התעשייה.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מהגרי עבודה עובדים רק בהייטק.</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חברה רב-לאומית יכולה להעביר מפעל ממדינה למדינה.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שרטטו את המסע של החולצה על ציר עם חמש תחנות, וכתבו ליד כל תחנה מה קורה בה.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מי מרוויח ומי נפגע כשמפעל בגדים עובר ממדינה עם שכר גבוה למדינה עם שכר נמוך?</w:t>
      </w:r>
    </w:p>
    <w:p>
      <w:pPr>
        <w:bidi w:val="1"/>
        <w:spacing w:after="20"/>
        <w:jc w:val="right"/>
      </w:pPr>
      <w:r>
        <w:rPr>
          <w:rFonts w:ascii="Assistant" w:hAnsi="Assistant" w:cs="Assistant"/>
          <w:b w:val="0"/>
          <w:color w:val="666666"/>
          <w:sz w:val="21"/>
          <w:rtl w:val="1"/>
          <w:szCs w:val="21"/>
        </w:rPr>
        <w:t>✏️ התחילו כך: מרוויחים: ... נפגעים: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האם לדעתכם הגלובליזציה היא ברכה או קללה לכלכלה? כתבו נימוק אחד לכל צד ואת עמדתכם.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גלובליזציה וכלכלה: המסע של חולצה     שם: __________</w:t>
      </w:r>
    </w:p>
    <w:p>
      <w:pPr>
        <w:bidi w:val="1"/>
        <w:spacing w:after="20"/>
        <w:jc w:val="right"/>
      </w:pPr>
      <w:r>
        <w:rPr>
          <w:rFonts w:ascii="Assistant" w:hAnsi="Assistant" w:cs="Assistant"/>
          <w:b w:val="0"/>
          <w:sz w:val="23"/>
          <w:rtl w:val="1"/>
          <w:szCs w:val="23"/>
        </w:rPr>
        <w:t>1. שלוש תחנות במסע של חולצה: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ההבדל בין תעשייה עתירת ידע לתעשייה מסורתית: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מי לדעתי מרוויח הכי הרבה מהחולצה?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גלובליזציה וכלכלה: המסע של חולצה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