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48"/>
          <w:rtl w:val="1"/>
          <w:bCs/>
          <w:szCs w:val="48"/>
        </w:rPr>
        <w:t xml:space="preserve">  גלובליזציה וכלכלה: המסע של חולצה</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שרשרת ייצור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חומר גלם</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3. חברה רב-לאומית</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תעשייה עתירת ידע</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5. תעשייה מסורתית</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שכר נמוך במפעלי תפירה</w:t>
            </w:r>
          </w:p>
        </w:tc>
        <w:tc>
          <w:tcPr>
            <w:tcW w:type="dxa" w:w="2268"/>
          </w:tcPr>
          <w:p>
            <w:pPr>
              <w:bidi w:val="1"/>
              <w:jc w:val="right"/>
            </w:pPr>
            <w:r/>
            <w:r>
              <w:rPr>
                <w:rFonts w:ascii="Assistant" w:hAnsi="Assistant" w:cs="Assistant"/>
                <w:b w:val="0"/>
                <w:sz w:val="21"/>
                <w:rtl w:val="1"/>
                <w:szCs w:val="21"/>
              </w:rPr>
              <w:t>עלות עבודה</w:t>
            </w:r>
          </w:p>
        </w:tc>
      </w:tr>
      <w:tr>
        <w:tc>
          <w:tcPr>
            <w:tcW w:type="dxa" w:w="6803"/>
          </w:tcPr>
          <w:p>
            <w:pPr>
              <w:bidi w:val="1"/>
              <w:jc w:val="right"/>
            </w:pPr>
            <w:r/>
            <w:r>
              <w:rPr>
                <w:rFonts w:ascii="Assistant" w:hAnsi="Assistant" w:cs="Assistant"/>
                <w:b w:val="0"/>
                <w:sz w:val="21"/>
                <w:rtl w:val="1"/>
                <w:szCs w:val="21"/>
              </w:rPr>
              <w:t>2. עובדים מחו״ל שקוטפים פירות</w:t>
            </w:r>
          </w:p>
        </w:tc>
        <w:tc>
          <w:tcPr>
            <w:tcW w:type="dxa" w:w="2268"/>
          </w:tcPr>
          <w:p>
            <w:pPr>
              <w:bidi w:val="1"/>
              <w:jc w:val="right"/>
            </w:pPr>
            <w:r/>
            <w:r>
              <w:rPr>
                <w:rFonts w:ascii="Assistant" w:hAnsi="Assistant" w:cs="Assistant"/>
                <w:b w:val="0"/>
                <w:sz w:val="21"/>
                <w:rtl w:val="1"/>
                <w:szCs w:val="21"/>
              </w:rPr>
              <w:t>מהגרי עבודה</w:t>
            </w:r>
          </w:p>
        </w:tc>
      </w:tr>
      <w:tr>
        <w:tc>
          <w:tcPr>
            <w:tcW w:type="dxa" w:w="6803"/>
          </w:tcPr>
          <w:p>
            <w:pPr>
              <w:bidi w:val="1"/>
              <w:jc w:val="right"/>
            </w:pPr>
            <w:r/>
            <w:r>
              <w:rPr>
                <w:rFonts w:ascii="Assistant" w:hAnsi="Assistant" w:cs="Assistant"/>
                <w:b w:val="0"/>
                <w:sz w:val="21"/>
                <w:rtl w:val="1"/>
                <w:szCs w:val="21"/>
              </w:rPr>
              <w:t>3. מדינה שקובעת מסים לחברות</w:t>
            </w:r>
          </w:p>
        </w:tc>
        <w:tc>
          <w:tcPr>
            <w:tcW w:type="dxa" w:w="2268"/>
          </w:tcPr>
          <w:p>
            <w:pPr>
              <w:bidi w:val="1"/>
              <w:jc w:val="right"/>
            </w:pPr>
            <w:r/>
            <w:r>
              <w:rPr>
                <w:rFonts w:ascii="Assistant" w:hAnsi="Assistant" w:cs="Assistant"/>
                <w:b w:val="0"/>
                <w:sz w:val="21"/>
                <w:rtl w:val="1"/>
                <w:szCs w:val="21"/>
              </w:rPr>
              <w:t>מדינת לאום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איפה גדלה הכותנה של החולצה?</w:t>
            </w:r>
          </w:p>
        </w:tc>
        <w:tc>
          <w:tcPr>
            <w:tcW w:type="dxa" w:w="2551"/>
          </w:tcPr>
          <w:p>
            <w:pPr>
              <w:bidi w:val="1"/>
              <w:jc w:val="right"/>
            </w:pPr>
            <w:r/>
            <w:r>
              <w:rPr>
                <w:rFonts w:ascii="Assistant" w:hAnsi="Assistant" w:cs="Assistant"/>
                <w:b w:val="0"/>
                <w:sz w:val="21"/>
                <w:rtl w:val="1"/>
                <w:szCs w:val="21"/>
              </w:rPr>
              <w:t>ב. בשדה</w:t>
            </w:r>
          </w:p>
        </w:tc>
        <w:tc>
          <w:tcPr>
            <w:tcW w:type="dxa" w:w="3685"/>
          </w:tcPr>
          <w:p>
            <w:pPr>
              <w:bidi w:val="1"/>
              <w:jc w:val="right"/>
            </w:pPr>
            <w:r/>
            <w:r>
              <w:rPr>
                <w:rFonts w:ascii="Assistant" w:hAnsi="Assistant" w:cs="Assistant"/>
                <w:b w:val="0"/>
                <w:sz w:val="21"/>
                <w:rtl w:val="1"/>
                <w:szCs w:val="21"/>
              </w:rPr>
              <w:t>כותנה היא צמח שגדל בשדה.</w:t>
            </w:r>
          </w:p>
        </w:tc>
      </w:tr>
      <w:tr>
        <w:tc>
          <w:tcPr>
            <w:tcW w:type="dxa" w:w="3402"/>
          </w:tcPr>
          <w:p>
            <w:pPr>
              <w:bidi w:val="1"/>
              <w:jc w:val="right"/>
            </w:pPr>
            <w:r/>
            <w:r>
              <w:rPr>
                <w:rFonts w:ascii="Assistant" w:hAnsi="Assistant" w:cs="Assistant"/>
                <w:b w:val="0"/>
                <w:sz w:val="21"/>
                <w:rtl w:val="1"/>
                <w:szCs w:val="21"/>
              </w:rPr>
              <w:t>2. מי מחליט איפה לייצר את החולצה?</w:t>
            </w:r>
          </w:p>
        </w:tc>
        <w:tc>
          <w:tcPr>
            <w:tcW w:type="dxa" w:w="2551"/>
          </w:tcPr>
          <w:p>
            <w:pPr>
              <w:bidi w:val="1"/>
              <w:jc w:val="right"/>
            </w:pPr>
            <w:r/>
            <w:r>
              <w:rPr>
                <w:rFonts w:ascii="Assistant" w:hAnsi="Assistant" w:cs="Assistant"/>
                <w:b w:val="0"/>
                <w:sz w:val="21"/>
                <w:rtl w:val="1"/>
                <w:szCs w:val="21"/>
              </w:rPr>
              <w:t>א. חברה גדולה</w:t>
            </w:r>
          </w:p>
        </w:tc>
        <w:tc>
          <w:tcPr>
            <w:tcW w:type="dxa" w:w="3685"/>
          </w:tcPr>
          <w:p>
            <w:pPr>
              <w:bidi w:val="1"/>
              <w:jc w:val="right"/>
            </w:pPr>
            <w:r/>
            <w:r>
              <w:rPr>
                <w:rFonts w:ascii="Assistant" w:hAnsi="Assistant" w:cs="Assistant"/>
                <w:b w:val="0"/>
                <w:sz w:val="21"/>
                <w:rtl w:val="1"/>
                <w:szCs w:val="21"/>
              </w:rPr>
              <w:t>חברות רב-לאומיות בוחרות מקום ייצור.</w:t>
            </w:r>
          </w:p>
        </w:tc>
      </w:tr>
      <w:tr>
        <w:tc>
          <w:tcPr>
            <w:tcW w:type="dxa" w:w="3402"/>
          </w:tcPr>
          <w:p>
            <w:pPr>
              <w:bidi w:val="1"/>
              <w:jc w:val="right"/>
            </w:pPr>
            <w:r/>
            <w:r>
              <w:rPr>
                <w:rFonts w:ascii="Assistant" w:hAnsi="Assistant" w:cs="Assistant"/>
                <w:b w:val="0"/>
                <w:sz w:val="21"/>
                <w:rtl w:val="1"/>
                <w:szCs w:val="21"/>
              </w:rPr>
              <w:t>3. למה חברות מייצרות במדינות רחוקות?</w:t>
            </w:r>
          </w:p>
        </w:tc>
        <w:tc>
          <w:tcPr>
            <w:tcW w:type="dxa" w:w="2551"/>
          </w:tcPr>
          <w:p>
            <w:pPr>
              <w:bidi w:val="1"/>
              <w:jc w:val="right"/>
            </w:pPr>
            <w:r/>
            <w:r>
              <w:rPr>
                <w:rFonts w:ascii="Assistant" w:hAnsi="Assistant" w:cs="Assistant"/>
                <w:b w:val="0"/>
                <w:sz w:val="21"/>
                <w:rtl w:val="1"/>
                <w:szCs w:val="21"/>
              </w:rPr>
              <w:t>ג. כי משלמים שם לעובדים פחות</w:t>
            </w:r>
          </w:p>
        </w:tc>
        <w:tc>
          <w:tcPr>
            <w:tcW w:type="dxa" w:w="3685"/>
          </w:tcPr>
          <w:p>
            <w:pPr>
              <w:bidi w:val="1"/>
              <w:jc w:val="right"/>
            </w:pPr>
            <w:r/>
            <w:r>
              <w:rPr>
                <w:rFonts w:ascii="Assistant" w:hAnsi="Assistant" w:cs="Assistant"/>
                <w:b w:val="0"/>
                <w:sz w:val="21"/>
                <w:rtl w:val="1"/>
                <w:szCs w:val="21"/>
              </w:rPr>
              <w:t>עלות העבודה נמוכה יותר.</w:t>
            </w:r>
          </w:p>
        </w:tc>
      </w:tr>
      <w:tr>
        <w:tc>
          <w:tcPr>
            <w:tcW w:type="dxa" w:w="3402"/>
          </w:tcPr>
          <w:p>
            <w:pPr>
              <w:bidi w:val="1"/>
              <w:jc w:val="right"/>
            </w:pPr>
            <w:r/>
            <w:r>
              <w:rPr>
                <w:rFonts w:ascii="Assistant" w:hAnsi="Assistant" w:cs="Assistant"/>
                <w:b w:val="0"/>
                <w:sz w:val="21"/>
                <w:rtl w:val="1"/>
                <w:szCs w:val="21"/>
              </w:rPr>
              <w:t>4. איך מגיעה החולצה לארץ?</w:t>
            </w:r>
          </w:p>
        </w:tc>
        <w:tc>
          <w:tcPr>
            <w:tcW w:type="dxa" w:w="2551"/>
          </w:tcPr>
          <w:p>
            <w:pPr>
              <w:bidi w:val="1"/>
              <w:jc w:val="right"/>
            </w:pPr>
            <w:r/>
            <w:r>
              <w:rPr>
                <w:rFonts w:ascii="Assistant" w:hAnsi="Assistant" w:cs="Assistant"/>
                <w:b w:val="0"/>
                <w:sz w:val="21"/>
                <w:rtl w:val="1"/>
                <w:szCs w:val="21"/>
              </w:rPr>
              <w:t>ד. באונייה במכולה</w:t>
            </w:r>
          </w:p>
        </w:tc>
        <w:tc>
          <w:tcPr>
            <w:tcW w:type="dxa" w:w="3685"/>
          </w:tcPr>
          <w:p>
            <w:pPr>
              <w:bidi w:val="1"/>
              <w:jc w:val="right"/>
            </w:pPr>
            <w:r/>
            <w:r>
              <w:rPr>
                <w:rFonts w:ascii="Assistant" w:hAnsi="Assistant" w:cs="Assistant"/>
                <w:b w:val="0"/>
                <w:sz w:val="21"/>
                <w:rtl w:val="1"/>
                <w:szCs w:val="21"/>
              </w:rPr>
              <w:t>רוב הסחורות מגיעות באוניות.</w:t>
            </w:r>
          </w:p>
        </w:tc>
      </w:tr>
      <w:tr>
        <w:tc>
          <w:tcPr>
            <w:tcW w:type="dxa" w:w="3402"/>
          </w:tcPr>
          <w:p>
            <w:pPr>
              <w:bidi w:val="1"/>
              <w:jc w:val="right"/>
            </w:pPr>
            <w:r/>
            <w:r>
              <w:rPr>
                <w:rFonts w:ascii="Assistant" w:hAnsi="Assistant" w:cs="Assistant"/>
                <w:b w:val="0"/>
                <w:sz w:val="21"/>
                <w:rtl w:val="1"/>
                <w:szCs w:val="21"/>
              </w:rPr>
              <w:t>5. איזה מפעל מוכר לכל העולם וגדל?</w:t>
            </w:r>
          </w:p>
        </w:tc>
        <w:tc>
          <w:tcPr>
            <w:tcW w:type="dxa" w:w="2551"/>
          </w:tcPr>
          <w:p>
            <w:pPr>
              <w:bidi w:val="1"/>
              <w:jc w:val="right"/>
            </w:pPr>
            <w:r/>
            <w:r>
              <w:rPr>
                <w:rFonts w:ascii="Assistant" w:hAnsi="Assistant" w:cs="Assistant"/>
                <w:b w:val="0"/>
                <w:sz w:val="21"/>
                <w:rtl w:val="1"/>
                <w:szCs w:val="21"/>
              </w:rPr>
              <w:t>א. מפעל לתוכנות מחשב</w:t>
            </w:r>
          </w:p>
        </w:tc>
        <w:tc>
          <w:tcPr>
            <w:tcW w:type="dxa" w:w="3685"/>
          </w:tcPr>
          <w:p>
            <w:pPr>
              <w:bidi w:val="1"/>
              <w:jc w:val="right"/>
            </w:pPr>
            <w:r/>
            <w:r>
              <w:rPr>
                <w:rFonts w:ascii="Assistant" w:hAnsi="Assistant" w:cs="Assistant"/>
                <w:b w:val="0"/>
                <w:sz w:val="21"/>
                <w:rtl w:val="1"/>
                <w:szCs w:val="21"/>
              </w:rPr>
              <w:t>תעשייה עתירת ידע מוכרת רעיונות ומוצרים לכל העולם.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חולצה יכולה לעבור כמה מדינות עד שהיא מגיעה לחנות.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זו שרשרת הייצור.</w:t>
            </w:r>
          </w:p>
        </w:tc>
      </w:tr>
      <w:tr>
        <w:tc>
          <w:tcPr>
            <w:tcW w:type="dxa" w:w="3969"/>
          </w:tcPr>
          <w:p>
            <w:pPr>
              <w:bidi w:val="1"/>
              <w:jc w:val="right"/>
            </w:pPr>
            <w:r/>
            <w:r>
              <w:rPr>
                <w:rFonts w:ascii="Assistant" w:hAnsi="Assistant" w:cs="Assistant"/>
                <w:b w:val="0"/>
                <w:sz w:val="21"/>
                <w:rtl w:val="1"/>
                <w:szCs w:val="21"/>
              </w:rPr>
              <w:t>2. כל החולצות נתפרות בארץ שבה קונים אותן.</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חולצות רבות נתפרות במדינות רחוקות.</w:t>
            </w:r>
          </w:p>
        </w:tc>
      </w:tr>
      <w:tr>
        <w:tc>
          <w:tcPr>
            <w:tcW w:type="dxa" w:w="3969"/>
          </w:tcPr>
          <w:p>
            <w:pPr>
              <w:bidi w:val="1"/>
              <w:jc w:val="right"/>
            </w:pPr>
            <w:r/>
            <w:r>
              <w:rPr>
                <w:rFonts w:ascii="Assistant" w:hAnsi="Assistant" w:cs="Assistant"/>
                <w:b w:val="0"/>
                <w:sz w:val="21"/>
                <w:rtl w:val="1"/>
                <w:szCs w:val="21"/>
              </w:rPr>
              <w:t>3. יש אנשים שעוברים למדינה אחרת כדי לעבוד.</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הם נקראים מהגרי עבודה.</w:t>
            </w:r>
          </w:p>
        </w:tc>
      </w:tr>
      <w:tr>
        <w:tc>
          <w:tcPr>
            <w:tcW w:type="dxa" w:w="3969"/>
          </w:tcPr>
          <w:p>
            <w:pPr>
              <w:bidi w:val="1"/>
              <w:jc w:val="right"/>
            </w:pPr>
            <w:r/>
            <w:r>
              <w:rPr>
                <w:rFonts w:ascii="Assistant" w:hAnsi="Assistant" w:cs="Assistant"/>
                <w:b w:val="0"/>
                <w:sz w:val="21"/>
                <w:rtl w:val="1"/>
                <w:szCs w:val="21"/>
              </w:rPr>
              <w:t>4. כותנה גדלה בתוך מכולה.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כותנה גדלה בשדה; המכולה רק מובילה את הסחורה.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מה כתוב על התווית של חולצה או נעל שלכם?</w:t>
            </w:r>
          </w:p>
        </w:tc>
        <w:tc>
          <w:tcPr>
            <w:tcW w:type="dxa" w:w="5669"/>
          </w:tcPr>
          <w:p>
            <w:pPr>
              <w:bidi w:val="1"/>
              <w:jc w:val="right"/>
            </w:pPr>
            <w:r/>
            <w:r>
              <w:rPr>
                <w:rFonts w:ascii="Assistant" w:hAnsi="Assistant" w:cs="Assistant"/>
                <w:b w:val="0"/>
                <w:sz w:val="21"/>
                <w:rtl w:val="1"/>
                <w:szCs w:val="21"/>
              </w:rPr>
              <w:t>כתוב שהיא יוצרה במדינה באסיה, רחוק מאוד מישראל.</w:t>
            </w:r>
          </w:p>
        </w:tc>
      </w:tr>
      <w:tr>
        <w:tc>
          <w:tcPr>
            <w:tcW w:type="dxa" w:w="3969"/>
          </w:tcPr>
          <w:p>
            <w:pPr>
              <w:bidi w:val="1"/>
              <w:jc w:val="right"/>
            </w:pPr>
            <w:r/>
            <w:r>
              <w:rPr>
                <w:rFonts w:ascii="Assistant" w:hAnsi="Assistant" w:cs="Assistant"/>
                <w:b w:val="0"/>
                <w:sz w:val="21"/>
                <w:rtl w:val="1"/>
                <w:szCs w:val="21"/>
              </w:rPr>
              <w:t>2. ציירו או כתבו שלוש תחנות במסע של חולצה.</w:t>
            </w:r>
          </w:p>
        </w:tc>
        <w:tc>
          <w:tcPr>
            <w:tcW w:type="dxa" w:w="5669"/>
          </w:tcPr>
          <w:p>
            <w:pPr>
              <w:bidi w:val="1"/>
              <w:jc w:val="right"/>
            </w:pPr>
            <w:r/>
            <w:r>
              <w:rPr>
                <w:rFonts w:ascii="Assistant" w:hAnsi="Assistant" w:cs="Assistant"/>
                <w:b w:val="0"/>
                <w:sz w:val="21"/>
                <w:rtl w:val="1"/>
                <w:szCs w:val="21"/>
              </w:rPr>
              <w:t>1. שדה כותנה. 2. מפעל תפירה. 3. אונייה שמגיעה לנמל ולחנות.</w:t>
            </w:r>
          </w:p>
        </w:tc>
      </w:tr>
    </w:tbl>
    <w:p/>
    <w:p>
      <w:pPr>
        <w:bidi w:val="1"/>
        <w:spacing w:after="80"/>
        <w:jc w:val="right"/>
      </w:pPr>
      <w:r>
        <w:rPr>
          <w:rFonts w:ascii="Assistant" w:hAnsi="Assistant" w:cs="Assistant"/>
          <w:b w:val="0"/>
          <w:sz w:val="20"/>
          <w:rtl w:val="1"/>
          <w:szCs w:val="20"/>
        </w:rPr>
        <w:t>כרטיס יציאה: תחנה אחת במסע של החולצה: ... · חומר גלם הוא... · מילה חדשה שלמדתי: ...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שרשרת ייצור</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חומר גלם</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3. חברה רב-לאומית</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4. תעשייה עתירת ידע</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תעשייה מסורתית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6. מדינת לאום</w:t>
            </w:r>
          </w:p>
        </w:tc>
        <w:tc>
          <w:tcPr>
            <w:tcW w:type="dxa" w:w="2268"/>
          </w:tcPr>
          <w:p>
            <w:pPr>
              <w:bidi w:val="1"/>
              <w:jc w:val="right"/>
            </w:pPr>
            <w:r/>
            <w:r>
              <w:rPr>
                <w:rFonts w:ascii="Assistant" w:hAnsi="Assistant" w:cs="Assistant"/>
                <w:b w:val="0"/>
                <w:sz w:val="21"/>
                <w:rtl w:val="1"/>
                <w:szCs w:val="21"/>
              </w:rPr>
              <w:t>ו</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שכר נמוך במפעלי תפירה</w:t>
            </w:r>
          </w:p>
        </w:tc>
        <w:tc>
          <w:tcPr>
            <w:tcW w:type="dxa" w:w="2268"/>
          </w:tcPr>
          <w:p>
            <w:pPr>
              <w:bidi w:val="1"/>
              <w:jc w:val="right"/>
            </w:pPr>
            <w:r/>
            <w:r>
              <w:rPr>
                <w:rFonts w:ascii="Assistant" w:hAnsi="Assistant" w:cs="Assistant"/>
                <w:b w:val="0"/>
                <w:sz w:val="21"/>
                <w:rtl w:val="1"/>
                <w:szCs w:val="21"/>
              </w:rPr>
              <w:t>עלות עבודה</w:t>
            </w:r>
          </w:p>
        </w:tc>
      </w:tr>
      <w:tr>
        <w:tc>
          <w:tcPr>
            <w:tcW w:type="dxa" w:w="6803"/>
          </w:tcPr>
          <w:p>
            <w:pPr>
              <w:bidi w:val="1"/>
              <w:jc w:val="right"/>
            </w:pPr>
            <w:r/>
            <w:r>
              <w:rPr>
                <w:rFonts w:ascii="Assistant" w:hAnsi="Assistant" w:cs="Assistant"/>
                <w:b w:val="0"/>
                <w:sz w:val="21"/>
                <w:rtl w:val="1"/>
                <w:szCs w:val="21"/>
              </w:rPr>
              <w:t>2. עובדים מחו״ל שקוטפים פירות</w:t>
            </w:r>
          </w:p>
        </w:tc>
        <w:tc>
          <w:tcPr>
            <w:tcW w:type="dxa" w:w="2268"/>
          </w:tcPr>
          <w:p>
            <w:pPr>
              <w:bidi w:val="1"/>
              <w:jc w:val="right"/>
            </w:pPr>
            <w:r/>
            <w:r>
              <w:rPr>
                <w:rFonts w:ascii="Assistant" w:hAnsi="Assistant" w:cs="Assistant"/>
                <w:b w:val="0"/>
                <w:sz w:val="21"/>
                <w:rtl w:val="1"/>
                <w:szCs w:val="21"/>
              </w:rPr>
              <w:t>מהגרי עבודה</w:t>
            </w:r>
          </w:p>
        </w:tc>
      </w:tr>
      <w:tr>
        <w:tc>
          <w:tcPr>
            <w:tcW w:type="dxa" w:w="6803"/>
          </w:tcPr>
          <w:p>
            <w:pPr>
              <w:bidi w:val="1"/>
              <w:jc w:val="right"/>
            </w:pPr>
            <w:r/>
            <w:r>
              <w:rPr>
                <w:rFonts w:ascii="Assistant" w:hAnsi="Assistant" w:cs="Assistant"/>
                <w:b w:val="0"/>
                <w:sz w:val="21"/>
                <w:rtl w:val="1"/>
                <w:szCs w:val="21"/>
              </w:rPr>
              <w:t>3. מדינה שקובעת מסים לחברות</w:t>
            </w:r>
          </w:p>
        </w:tc>
        <w:tc>
          <w:tcPr>
            <w:tcW w:type="dxa" w:w="2268"/>
          </w:tcPr>
          <w:p>
            <w:pPr>
              <w:bidi w:val="1"/>
              <w:jc w:val="right"/>
            </w:pPr>
            <w:r/>
            <w:r>
              <w:rPr>
                <w:rFonts w:ascii="Assistant" w:hAnsi="Assistant" w:cs="Assistant"/>
                <w:b w:val="0"/>
                <w:sz w:val="21"/>
                <w:rtl w:val="1"/>
                <w:szCs w:val="21"/>
              </w:rPr>
              <w:t>מדינת לאום</w:t>
            </w:r>
          </w:p>
        </w:tc>
      </w:tr>
      <w:tr>
        <w:tc>
          <w:tcPr>
            <w:tcW w:type="dxa" w:w="6803"/>
          </w:tcPr>
          <w:p>
            <w:pPr>
              <w:bidi w:val="1"/>
              <w:jc w:val="right"/>
            </w:pPr>
            <w:r/>
            <w:r>
              <w:rPr>
                <w:rFonts w:ascii="Assistant" w:hAnsi="Assistant" w:cs="Assistant"/>
                <w:b w:val="0"/>
                <w:sz w:val="21"/>
                <w:rtl w:val="1"/>
                <w:szCs w:val="21"/>
              </w:rPr>
              <w:t>4. מפעל תפירה של חולצות</w:t>
            </w:r>
          </w:p>
        </w:tc>
        <w:tc>
          <w:tcPr>
            <w:tcW w:type="dxa" w:w="2268"/>
          </w:tcPr>
          <w:p>
            <w:pPr>
              <w:bidi w:val="1"/>
              <w:jc w:val="right"/>
            </w:pPr>
            <w:r/>
            <w:r>
              <w:rPr>
                <w:rFonts w:ascii="Assistant" w:hAnsi="Assistant" w:cs="Assistant"/>
                <w:b w:val="0"/>
                <w:sz w:val="21"/>
                <w:rtl w:val="1"/>
                <w:szCs w:val="21"/>
              </w:rPr>
              <w:t>תעשייה מסורתית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מהי שרשרת ייצור?</w:t>
            </w:r>
          </w:p>
        </w:tc>
        <w:tc>
          <w:tcPr>
            <w:tcW w:type="dxa" w:w="2551"/>
          </w:tcPr>
          <w:p>
            <w:pPr>
              <w:bidi w:val="1"/>
              <w:jc w:val="right"/>
            </w:pPr>
            <w:r/>
            <w:r>
              <w:rPr>
                <w:rFonts w:ascii="Assistant" w:hAnsi="Assistant" w:cs="Assistant"/>
                <w:b w:val="0"/>
                <w:sz w:val="21"/>
                <w:rtl w:val="1"/>
                <w:szCs w:val="21"/>
              </w:rPr>
              <w:t>ב. כל השלבים שמוצר עובר מחומר הגלם ועד החנות</w:t>
            </w:r>
          </w:p>
        </w:tc>
        <w:tc>
          <w:tcPr>
            <w:tcW w:type="dxa" w:w="3685"/>
          </w:tcPr>
          <w:p>
            <w:pPr>
              <w:bidi w:val="1"/>
              <w:jc w:val="right"/>
            </w:pPr>
            <w:r/>
            <w:r>
              <w:rPr>
                <w:rFonts w:ascii="Assistant" w:hAnsi="Assistant" w:cs="Assistant"/>
                <w:b w:val="0"/>
                <w:sz w:val="21"/>
                <w:rtl w:val="1"/>
                <w:szCs w:val="21"/>
              </w:rPr>
              <w:t>השרשרת כוללת גידול, עיבוד, תפירה, עיצוב והובלה.</w:t>
            </w:r>
          </w:p>
        </w:tc>
      </w:tr>
      <w:tr>
        <w:tc>
          <w:tcPr>
            <w:tcW w:type="dxa" w:w="3402"/>
          </w:tcPr>
          <w:p>
            <w:pPr>
              <w:bidi w:val="1"/>
              <w:jc w:val="right"/>
            </w:pPr>
            <w:r/>
            <w:r>
              <w:rPr>
                <w:rFonts w:ascii="Assistant" w:hAnsi="Assistant" w:cs="Assistant"/>
                <w:b w:val="0"/>
                <w:sz w:val="21"/>
                <w:rtl w:val="1"/>
                <w:szCs w:val="21"/>
              </w:rPr>
              <w:t>2. מה אינו שיקול של חברה רב-לאומית בבחירת מקום ייצור?</w:t>
            </w:r>
          </w:p>
        </w:tc>
        <w:tc>
          <w:tcPr>
            <w:tcW w:type="dxa" w:w="2551"/>
          </w:tcPr>
          <w:p>
            <w:pPr>
              <w:bidi w:val="1"/>
              <w:jc w:val="right"/>
            </w:pPr>
            <w:r/>
            <w:r>
              <w:rPr>
                <w:rFonts w:ascii="Assistant" w:hAnsi="Assistant" w:cs="Assistant"/>
                <w:b w:val="0"/>
                <w:sz w:val="21"/>
                <w:rtl w:val="1"/>
                <w:szCs w:val="21"/>
              </w:rPr>
              <w:t>ד. הצבע של דגל המדינה</w:t>
            </w:r>
          </w:p>
        </w:tc>
        <w:tc>
          <w:tcPr>
            <w:tcW w:type="dxa" w:w="3685"/>
          </w:tcPr>
          <w:p>
            <w:pPr>
              <w:bidi w:val="1"/>
              <w:jc w:val="right"/>
            </w:pPr>
            <w:r/>
            <w:r>
              <w:rPr>
                <w:rFonts w:ascii="Assistant" w:hAnsi="Assistant" w:cs="Assistant"/>
                <w:b w:val="0"/>
                <w:sz w:val="21"/>
                <w:rtl w:val="1"/>
                <w:szCs w:val="21"/>
              </w:rPr>
              <w:t>החברה בוחרת לפי עלויות, חומרים ושווקים.</w:t>
            </w:r>
          </w:p>
        </w:tc>
      </w:tr>
      <w:tr>
        <w:tc>
          <w:tcPr>
            <w:tcW w:type="dxa" w:w="3402"/>
          </w:tcPr>
          <w:p>
            <w:pPr>
              <w:bidi w:val="1"/>
              <w:jc w:val="right"/>
            </w:pPr>
            <w:r/>
            <w:r>
              <w:rPr>
                <w:rFonts w:ascii="Assistant" w:hAnsi="Assistant" w:cs="Assistant"/>
                <w:b w:val="0"/>
                <w:sz w:val="21"/>
                <w:rtl w:val="1"/>
                <w:szCs w:val="21"/>
              </w:rPr>
              <w:t>3. מדוע יש הטוענים שכוחן של מדינות הלאום נחלש?</w:t>
            </w:r>
          </w:p>
        </w:tc>
        <w:tc>
          <w:tcPr>
            <w:tcW w:type="dxa" w:w="2551"/>
          </w:tcPr>
          <w:p>
            <w:pPr>
              <w:bidi w:val="1"/>
              <w:jc w:val="right"/>
            </w:pPr>
            <w:r/>
            <w:r>
              <w:rPr>
                <w:rFonts w:ascii="Assistant" w:hAnsi="Assistant" w:cs="Assistant"/>
                <w:b w:val="0"/>
                <w:sz w:val="21"/>
                <w:rtl w:val="1"/>
                <w:szCs w:val="21"/>
              </w:rPr>
              <w:t>א. כי ממשלות מתחרות על חברות ומציעות להן הקלות</w:t>
            </w:r>
          </w:p>
        </w:tc>
        <w:tc>
          <w:tcPr>
            <w:tcW w:type="dxa" w:w="3685"/>
          </w:tcPr>
          <w:p>
            <w:pPr>
              <w:bidi w:val="1"/>
              <w:jc w:val="right"/>
            </w:pPr>
            <w:r/>
            <w:r>
              <w:rPr>
                <w:rFonts w:ascii="Assistant" w:hAnsi="Assistant" w:cs="Assistant"/>
                <w:b w:val="0"/>
                <w:sz w:val="21"/>
                <w:rtl w:val="1"/>
                <w:szCs w:val="21"/>
              </w:rPr>
              <w:t>החברה יכולה ״לאיים״ לעבור, והמדינה מוותרת.</w:t>
            </w:r>
          </w:p>
        </w:tc>
      </w:tr>
      <w:tr>
        <w:tc>
          <w:tcPr>
            <w:tcW w:type="dxa" w:w="3402"/>
          </w:tcPr>
          <w:p>
            <w:pPr>
              <w:bidi w:val="1"/>
              <w:jc w:val="right"/>
            </w:pPr>
            <w:r/>
            <w:r>
              <w:rPr>
                <w:rFonts w:ascii="Assistant" w:hAnsi="Assistant" w:cs="Assistant"/>
                <w:b w:val="0"/>
                <w:sz w:val="21"/>
                <w:rtl w:val="1"/>
                <w:szCs w:val="21"/>
              </w:rPr>
              <w:t>4. מדוע התעשייה המסורתית נפגעת במדינות עם שכר גבוה?</w:t>
            </w:r>
          </w:p>
        </w:tc>
        <w:tc>
          <w:tcPr>
            <w:tcW w:type="dxa" w:w="2551"/>
          </w:tcPr>
          <w:p>
            <w:pPr>
              <w:bidi w:val="1"/>
              <w:jc w:val="right"/>
            </w:pPr>
            <w:r/>
            <w:r>
              <w:rPr>
                <w:rFonts w:ascii="Assistant" w:hAnsi="Assistant" w:cs="Assistant"/>
                <w:b w:val="0"/>
                <w:sz w:val="21"/>
                <w:rtl w:val="1"/>
                <w:szCs w:val="21"/>
              </w:rPr>
              <w:t>ב. כי קשה להתחרות במוצרים זולים מיובאים</w:t>
            </w:r>
          </w:p>
        </w:tc>
        <w:tc>
          <w:tcPr>
            <w:tcW w:type="dxa" w:w="3685"/>
          </w:tcPr>
          <w:p>
            <w:pPr>
              <w:bidi w:val="1"/>
              <w:jc w:val="right"/>
            </w:pPr>
            <w:r/>
            <w:r>
              <w:rPr>
                <w:rFonts w:ascii="Assistant" w:hAnsi="Assistant" w:cs="Assistant"/>
                <w:b w:val="0"/>
                <w:sz w:val="21"/>
                <w:rtl w:val="1"/>
                <w:szCs w:val="21"/>
              </w:rPr>
              <w:t>מוצר מיובא ממקום עם שכר נמוך זול יותר.</w:t>
            </w:r>
          </w:p>
        </w:tc>
      </w:tr>
      <w:tr>
        <w:tc>
          <w:tcPr>
            <w:tcW w:type="dxa" w:w="3402"/>
          </w:tcPr>
          <w:p>
            <w:pPr>
              <w:bidi w:val="1"/>
              <w:jc w:val="right"/>
            </w:pPr>
            <w:r/>
            <w:r>
              <w:rPr>
                <w:rFonts w:ascii="Assistant" w:hAnsi="Assistant" w:cs="Assistant"/>
                <w:b w:val="0"/>
                <w:sz w:val="21"/>
                <w:rtl w:val="1"/>
                <w:szCs w:val="21"/>
              </w:rPr>
              <w:t>5. איזו דוגמה מתאימה לתעשייה עתירת ידע?</w:t>
            </w:r>
          </w:p>
        </w:tc>
        <w:tc>
          <w:tcPr>
            <w:tcW w:type="dxa" w:w="2551"/>
          </w:tcPr>
          <w:p>
            <w:pPr>
              <w:bidi w:val="1"/>
              <w:jc w:val="right"/>
            </w:pPr>
            <w:r/>
            <w:r>
              <w:rPr>
                <w:rFonts w:ascii="Assistant" w:hAnsi="Assistant" w:cs="Assistant"/>
                <w:b w:val="0"/>
                <w:sz w:val="21"/>
                <w:rtl w:val="1"/>
                <w:szCs w:val="21"/>
              </w:rPr>
              <w:t>ג. חברה שמפתחת שבבים</w:t>
            </w:r>
          </w:p>
        </w:tc>
        <w:tc>
          <w:tcPr>
            <w:tcW w:type="dxa" w:w="3685"/>
          </w:tcPr>
          <w:p>
            <w:pPr>
              <w:bidi w:val="1"/>
              <w:jc w:val="right"/>
            </w:pPr>
            <w:r/>
            <w:r>
              <w:rPr>
                <w:rFonts w:ascii="Assistant" w:hAnsi="Assistant" w:cs="Assistant"/>
                <w:b w:val="0"/>
                <w:sz w:val="21"/>
                <w:rtl w:val="1"/>
                <w:szCs w:val="21"/>
              </w:rPr>
              <w:t>שבבים מבוססים על מחקר וטכנולוגיה.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בישראל יותר ממחצית היצוא מגיע מתעשייה עתירת ידע.</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תוכנה, שבבים, תרופות וציוד רפואי.</w:t>
            </w:r>
          </w:p>
        </w:tc>
      </w:tr>
      <w:tr>
        <w:tc>
          <w:tcPr>
            <w:tcW w:type="dxa" w:w="3969"/>
          </w:tcPr>
          <w:p>
            <w:pPr>
              <w:bidi w:val="1"/>
              <w:jc w:val="right"/>
            </w:pPr>
            <w:r/>
            <w:r>
              <w:rPr>
                <w:rFonts w:ascii="Assistant" w:hAnsi="Assistant" w:cs="Assistant"/>
                <w:b w:val="0"/>
                <w:sz w:val="21"/>
                <w:rtl w:val="1"/>
                <w:szCs w:val="21"/>
              </w:rPr>
              <w:t>2. הגלובליזציה משפיעה באותו אופן על כל סוגי התעשייה.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תעשייה עתירת ידע צומחת, ומסורתית נפגעת במדינות עם שכר גבוה.</w:t>
            </w:r>
          </w:p>
        </w:tc>
      </w:tr>
      <w:tr>
        <w:tc>
          <w:tcPr>
            <w:tcW w:type="dxa" w:w="3969"/>
          </w:tcPr>
          <w:p>
            <w:pPr>
              <w:bidi w:val="1"/>
              <w:jc w:val="right"/>
            </w:pPr>
            <w:r/>
            <w:r>
              <w:rPr>
                <w:rFonts w:ascii="Assistant" w:hAnsi="Assistant" w:cs="Assistant"/>
                <w:b w:val="0"/>
                <w:sz w:val="21"/>
                <w:rtl w:val="1"/>
                <w:szCs w:val="21"/>
              </w:rPr>
              <w:t>3. מהגרי עבודה עובדים רק בהייטק.</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הם עובדים גם בחקלאות, בבנייה ובסיעוד.</w:t>
            </w:r>
          </w:p>
        </w:tc>
      </w:tr>
      <w:tr>
        <w:tc>
          <w:tcPr>
            <w:tcW w:type="dxa" w:w="3969"/>
          </w:tcPr>
          <w:p>
            <w:pPr>
              <w:bidi w:val="1"/>
              <w:jc w:val="right"/>
            </w:pPr>
            <w:r/>
            <w:r>
              <w:rPr>
                <w:rFonts w:ascii="Assistant" w:hAnsi="Assistant" w:cs="Assistant"/>
                <w:b w:val="0"/>
                <w:sz w:val="21"/>
                <w:rtl w:val="1"/>
                <w:szCs w:val="21"/>
              </w:rPr>
              <w:t>4. חברה רב-לאומית יכולה להעביר מפעל ממדינה למדינה.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אחד ממקורות הכוח שלה.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שרטטו את המסע של החולצה על ציר עם חמש תחנות, וכתבו ליד כל תחנה מה קורה בה.</w:t>
            </w:r>
          </w:p>
        </w:tc>
        <w:tc>
          <w:tcPr>
            <w:tcW w:type="dxa" w:w="5669"/>
          </w:tcPr>
          <w:p>
            <w:pPr>
              <w:bidi w:val="1"/>
              <w:jc w:val="right"/>
            </w:pPr>
            <w:r/>
            <w:r>
              <w:rPr>
                <w:rFonts w:ascii="Assistant" w:hAnsi="Assistant" w:cs="Assistant"/>
                <w:b w:val="0"/>
                <w:sz w:val="21"/>
                <w:rtl w:val="1"/>
                <w:szCs w:val="21"/>
              </w:rPr>
              <w:t>1. שדה כותנה – קטיף. 2. מפעל טוויה – חוטים. 3. מפעל אריגה ותפירה – בד וחולצה. 4. משרד עיצוב – דגם ושיווק. 5. נמל, אונייה וחנות – הגעה לקונה.</w:t>
            </w:r>
          </w:p>
        </w:tc>
      </w:tr>
      <w:tr>
        <w:tc>
          <w:tcPr>
            <w:tcW w:type="dxa" w:w="3969"/>
          </w:tcPr>
          <w:p>
            <w:pPr>
              <w:bidi w:val="1"/>
              <w:jc w:val="right"/>
            </w:pPr>
            <w:r/>
            <w:r>
              <w:rPr>
                <w:rFonts w:ascii="Assistant" w:hAnsi="Assistant" w:cs="Assistant"/>
                <w:b w:val="0"/>
                <w:sz w:val="21"/>
                <w:rtl w:val="1"/>
                <w:szCs w:val="21"/>
              </w:rPr>
              <w:t>2. מי מרוויח ומי נפגע כשמפעל בגדים עובר ממדינה עם שכר גבוה למדינה עם שכר נמוך?</w:t>
            </w:r>
          </w:p>
        </w:tc>
        <w:tc>
          <w:tcPr>
            <w:tcW w:type="dxa" w:w="5669"/>
          </w:tcPr>
          <w:p>
            <w:pPr>
              <w:bidi w:val="1"/>
              <w:jc w:val="right"/>
            </w:pPr>
            <w:r/>
            <w:r>
              <w:rPr>
                <w:rFonts w:ascii="Assistant" w:hAnsi="Assistant" w:cs="Assistant"/>
                <w:b w:val="0"/>
                <w:sz w:val="21"/>
                <w:rtl w:val="1"/>
                <w:szCs w:val="21"/>
              </w:rPr>
              <w:t>מרוויחים: הצרכנים (מחיר זול), החברה (רווח), העובדים החדשים במדינה עם השכר הנמוך. נפגעים: העובדים שפוטרו במדינה הראשונה והעיירה שהמפעל היה מרכזה.</w:t>
            </w:r>
          </w:p>
        </w:tc>
      </w:tr>
      <w:tr>
        <w:tc>
          <w:tcPr>
            <w:tcW w:type="dxa" w:w="3969"/>
          </w:tcPr>
          <w:p>
            <w:pPr>
              <w:bidi w:val="1"/>
              <w:jc w:val="right"/>
            </w:pPr>
            <w:r/>
            <w:r>
              <w:rPr>
                <w:rFonts w:ascii="Assistant" w:hAnsi="Assistant" w:cs="Assistant"/>
                <w:b w:val="0"/>
                <w:sz w:val="21"/>
                <w:rtl w:val="1"/>
                <w:szCs w:val="21"/>
              </w:rPr>
              <w:t>3. האם לדעתכם הגלובליזציה היא ברכה או קללה לכלכלה? כתבו נימוק אחד לכל צד ואת עמדתכם.</w:t>
            </w:r>
          </w:p>
        </w:tc>
        <w:tc>
          <w:tcPr>
            <w:tcW w:type="dxa" w:w="5669"/>
          </w:tcPr>
          <w:p>
            <w:pPr>
              <w:bidi w:val="1"/>
              <w:jc w:val="right"/>
            </w:pPr>
            <w:r/>
            <w:r>
              <w:rPr>
                <w:rFonts w:ascii="Assistant" w:hAnsi="Assistant" w:cs="Assistant"/>
                <w:b w:val="0"/>
                <w:sz w:val="21"/>
                <w:rtl w:val="1"/>
                <w:szCs w:val="21"/>
              </w:rPr>
              <w:t>ברכה: מוצרים זולים ומגוונים ומקומות עבודה חדשים. קללה: מפעלים נסגרים ועובדים מנוצלים. עמדתי: ברכה אם מקפידים על תנאי עבודה הוגנים ועוזרים למי שנפגע.</w:t>
            </w:r>
          </w:p>
        </w:tc>
      </w:tr>
    </w:tbl>
    <w:p/>
    <w:p>
      <w:pPr>
        <w:bidi w:val="1"/>
        <w:spacing w:after="80"/>
        <w:jc w:val="right"/>
      </w:pPr>
      <w:r>
        <w:rPr>
          <w:rFonts w:ascii="Assistant" w:hAnsi="Assistant" w:cs="Assistant"/>
          <w:b w:val="0"/>
          <w:sz w:val="20"/>
          <w:rtl w:val="1"/>
          <w:szCs w:val="20"/>
        </w:rPr>
        <w:t>כרטיס יציאה: שלוש תחנות במסע של חולצה: ... · ההבדל בין תעשייה עתירת ידע לתעשייה מסורתית: ... · מי לדעתי מרוויח הכי הרבה מהחולצה?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שרשרת ייצור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חומר גלם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חברה רב-לאומית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תעשייה עתירת ידע</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תעשייה מסורתית</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6. מדינת לאום</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7. מהגרי עבודה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8. עלות עבודה</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שכר נמוך במפעלי תפירה</w:t>
            </w:r>
          </w:p>
        </w:tc>
        <w:tc>
          <w:tcPr>
            <w:tcW w:type="dxa" w:w="2268"/>
          </w:tcPr>
          <w:p>
            <w:pPr>
              <w:bidi w:val="1"/>
              <w:jc w:val="right"/>
            </w:pPr>
            <w:r/>
            <w:r>
              <w:rPr>
                <w:rFonts w:ascii="Assistant" w:hAnsi="Assistant" w:cs="Assistant"/>
                <w:b w:val="0"/>
                <w:sz w:val="21"/>
                <w:rtl w:val="1"/>
                <w:szCs w:val="21"/>
              </w:rPr>
              <w:t>עלות עבודה</w:t>
            </w:r>
          </w:p>
        </w:tc>
      </w:tr>
      <w:tr>
        <w:tc>
          <w:tcPr>
            <w:tcW w:type="dxa" w:w="6803"/>
          </w:tcPr>
          <w:p>
            <w:pPr>
              <w:bidi w:val="1"/>
              <w:jc w:val="right"/>
            </w:pPr>
            <w:r/>
            <w:r>
              <w:rPr>
                <w:rFonts w:ascii="Assistant" w:hAnsi="Assistant" w:cs="Assistant"/>
                <w:b w:val="0"/>
                <w:sz w:val="21"/>
                <w:rtl w:val="1"/>
                <w:szCs w:val="21"/>
              </w:rPr>
              <w:t>2. עובדים מחו״ל שקוטפים פירות</w:t>
            </w:r>
          </w:p>
        </w:tc>
        <w:tc>
          <w:tcPr>
            <w:tcW w:type="dxa" w:w="2268"/>
          </w:tcPr>
          <w:p>
            <w:pPr>
              <w:bidi w:val="1"/>
              <w:jc w:val="right"/>
            </w:pPr>
            <w:r/>
            <w:r>
              <w:rPr>
                <w:rFonts w:ascii="Assistant" w:hAnsi="Assistant" w:cs="Assistant"/>
                <w:b w:val="0"/>
                <w:sz w:val="21"/>
                <w:rtl w:val="1"/>
                <w:szCs w:val="21"/>
              </w:rPr>
              <w:t>מהגרי עבודה</w:t>
            </w:r>
          </w:p>
        </w:tc>
      </w:tr>
      <w:tr>
        <w:tc>
          <w:tcPr>
            <w:tcW w:type="dxa" w:w="6803"/>
          </w:tcPr>
          <w:p>
            <w:pPr>
              <w:bidi w:val="1"/>
              <w:jc w:val="right"/>
            </w:pPr>
            <w:r/>
            <w:r>
              <w:rPr>
                <w:rFonts w:ascii="Assistant" w:hAnsi="Assistant" w:cs="Assistant"/>
                <w:b w:val="0"/>
                <w:sz w:val="21"/>
                <w:rtl w:val="1"/>
                <w:szCs w:val="21"/>
              </w:rPr>
              <w:t>3. מדינה שקובעת מסים לחברות</w:t>
            </w:r>
          </w:p>
        </w:tc>
        <w:tc>
          <w:tcPr>
            <w:tcW w:type="dxa" w:w="2268"/>
          </w:tcPr>
          <w:p>
            <w:pPr>
              <w:bidi w:val="1"/>
              <w:jc w:val="right"/>
            </w:pPr>
            <w:r/>
            <w:r>
              <w:rPr>
                <w:rFonts w:ascii="Assistant" w:hAnsi="Assistant" w:cs="Assistant"/>
                <w:b w:val="0"/>
                <w:sz w:val="21"/>
                <w:rtl w:val="1"/>
                <w:szCs w:val="21"/>
              </w:rPr>
              <w:t>מדינת לאום</w:t>
            </w:r>
          </w:p>
        </w:tc>
      </w:tr>
      <w:tr>
        <w:tc>
          <w:tcPr>
            <w:tcW w:type="dxa" w:w="6803"/>
          </w:tcPr>
          <w:p>
            <w:pPr>
              <w:bidi w:val="1"/>
              <w:jc w:val="right"/>
            </w:pPr>
            <w:r/>
            <w:r>
              <w:rPr>
                <w:rFonts w:ascii="Assistant" w:hAnsi="Assistant" w:cs="Assistant"/>
                <w:b w:val="0"/>
                <w:sz w:val="21"/>
                <w:rtl w:val="1"/>
                <w:szCs w:val="21"/>
              </w:rPr>
              <w:t>4. מפעל תפירה של חולצות</w:t>
            </w:r>
          </w:p>
        </w:tc>
        <w:tc>
          <w:tcPr>
            <w:tcW w:type="dxa" w:w="2268"/>
          </w:tcPr>
          <w:p>
            <w:pPr>
              <w:bidi w:val="1"/>
              <w:jc w:val="right"/>
            </w:pPr>
            <w:r/>
            <w:r>
              <w:rPr>
                <w:rFonts w:ascii="Assistant" w:hAnsi="Assistant" w:cs="Assistant"/>
                <w:b w:val="0"/>
                <w:sz w:val="21"/>
                <w:rtl w:val="1"/>
                <w:szCs w:val="21"/>
              </w:rPr>
              <w:t>תעשייה מסורתית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מאפיין ״פירוק הייצור לשלבים״?</w:t>
            </w:r>
          </w:p>
        </w:tc>
        <w:tc>
          <w:tcPr>
            <w:tcW w:type="dxa" w:w="2551"/>
          </w:tcPr>
          <w:p>
            <w:pPr>
              <w:bidi w:val="1"/>
              <w:jc w:val="right"/>
            </w:pPr>
            <w:r/>
            <w:r>
              <w:rPr>
                <w:rFonts w:ascii="Assistant" w:hAnsi="Assistant" w:cs="Assistant"/>
                <w:b w:val="0"/>
                <w:sz w:val="21"/>
                <w:rtl w:val="1"/>
                <w:szCs w:val="21"/>
              </w:rPr>
              <w:t>ב. כל שלב נעשה במקום שבו הוא זול או יעיל ביותר</w:t>
            </w:r>
          </w:p>
        </w:tc>
        <w:tc>
          <w:tcPr>
            <w:tcW w:type="dxa" w:w="3685"/>
          </w:tcPr>
          <w:p>
            <w:pPr>
              <w:bidi w:val="1"/>
              <w:jc w:val="right"/>
            </w:pPr>
            <w:r/>
            <w:r>
              <w:rPr>
                <w:rFonts w:ascii="Assistant" w:hAnsi="Assistant" w:cs="Assistant"/>
                <w:b w:val="0"/>
                <w:sz w:val="21"/>
                <w:rtl w:val="1"/>
                <w:szCs w:val="21"/>
              </w:rPr>
              <w:t>כך נוצרת שרשרת ייצור גלובלית בין מדינות.</w:t>
            </w:r>
          </w:p>
        </w:tc>
      </w:tr>
      <w:tr>
        <w:tc>
          <w:tcPr>
            <w:tcW w:type="dxa" w:w="3402"/>
          </w:tcPr>
          <w:p>
            <w:pPr>
              <w:bidi w:val="1"/>
              <w:jc w:val="right"/>
            </w:pPr>
            <w:r/>
            <w:r>
              <w:rPr>
                <w:rFonts w:ascii="Assistant" w:hAnsi="Assistant" w:cs="Assistant"/>
                <w:b w:val="0"/>
                <w:sz w:val="21"/>
                <w:rtl w:val="1"/>
                <w:szCs w:val="21"/>
              </w:rPr>
              <w:t>2. מהו ״כוח המיקוח״ של חברה רב-לאומית מול ממשלה?</w:t>
            </w:r>
          </w:p>
        </w:tc>
        <w:tc>
          <w:tcPr>
            <w:tcW w:type="dxa" w:w="2551"/>
          </w:tcPr>
          <w:p>
            <w:pPr>
              <w:bidi w:val="1"/>
              <w:jc w:val="right"/>
            </w:pPr>
            <w:r/>
            <w:r>
              <w:rPr>
                <w:rFonts w:ascii="Assistant" w:hAnsi="Assistant" w:cs="Assistant"/>
                <w:b w:val="0"/>
                <w:sz w:val="21"/>
                <w:rtl w:val="1"/>
                <w:szCs w:val="21"/>
              </w:rPr>
              <w:t>א. היכולת להעביר ייצור למדינה אחרת אם התנאים לא יתאימו</w:t>
            </w:r>
          </w:p>
        </w:tc>
        <w:tc>
          <w:tcPr>
            <w:tcW w:type="dxa" w:w="3685"/>
          </w:tcPr>
          <w:p>
            <w:pPr>
              <w:bidi w:val="1"/>
              <w:jc w:val="right"/>
            </w:pPr>
            <w:r/>
            <w:r>
              <w:rPr>
                <w:rFonts w:ascii="Assistant" w:hAnsi="Assistant" w:cs="Assistant"/>
                <w:b w:val="0"/>
                <w:sz w:val="21"/>
                <w:rtl w:val="1"/>
                <w:szCs w:val="21"/>
              </w:rPr>
              <w:t>האיום לעבור גורם לממשלות להציע הטבות.</w:t>
            </w:r>
          </w:p>
        </w:tc>
      </w:tr>
      <w:tr>
        <w:tc>
          <w:tcPr>
            <w:tcW w:type="dxa" w:w="3402"/>
          </w:tcPr>
          <w:p>
            <w:pPr>
              <w:bidi w:val="1"/>
              <w:jc w:val="right"/>
            </w:pPr>
            <w:r/>
            <w:r>
              <w:rPr>
                <w:rFonts w:ascii="Assistant" w:hAnsi="Assistant" w:cs="Assistant"/>
                <w:b w:val="0"/>
                <w:sz w:val="21"/>
                <w:rtl w:val="1"/>
                <w:szCs w:val="21"/>
              </w:rPr>
              <w:t>3. מדוע נדדה תעשיית הטקסטיל למדינות עם שכר נמוך?</w:t>
            </w:r>
          </w:p>
        </w:tc>
        <w:tc>
          <w:tcPr>
            <w:tcW w:type="dxa" w:w="2551"/>
          </w:tcPr>
          <w:p>
            <w:pPr>
              <w:bidi w:val="1"/>
              <w:jc w:val="right"/>
            </w:pPr>
            <w:r/>
            <w:r>
              <w:rPr>
                <w:rFonts w:ascii="Assistant" w:hAnsi="Assistant" w:cs="Assistant"/>
                <w:b w:val="0"/>
                <w:sz w:val="21"/>
                <w:rtl w:val="1"/>
                <w:szCs w:val="21"/>
              </w:rPr>
              <w:t>ג. כי היא נשענת על עבודה רבה, ועלות העבודה היא מרכיב גדול במחיר</w:t>
            </w:r>
          </w:p>
        </w:tc>
        <w:tc>
          <w:tcPr>
            <w:tcW w:type="dxa" w:w="3685"/>
          </w:tcPr>
          <w:p>
            <w:pPr>
              <w:bidi w:val="1"/>
              <w:jc w:val="right"/>
            </w:pPr>
            <w:r/>
            <w:r>
              <w:rPr>
                <w:rFonts w:ascii="Assistant" w:hAnsi="Assistant" w:cs="Assistant"/>
                <w:b w:val="0"/>
                <w:sz w:val="21"/>
                <w:rtl w:val="1"/>
                <w:szCs w:val="21"/>
              </w:rPr>
              <w:t>בענף עתיר עבודה, שכר נמוך חוסך הרבה.</w:t>
            </w:r>
          </w:p>
        </w:tc>
      </w:tr>
      <w:tr>
        <w:tc>
          <w:tcPr>
            <w:tcW w:type="dxa" w:w="3402"/>
          </w:tcPr>
          <w:p>
            <w:pPr>
              <w:bidi w:val="1"/>
              <w:jc w:val="right"/>
            </w:pPr>
            <w:r/>
            <w:r>
              <w:rPr>
                <w:rFonts w:ascii="Assistant" w:hAnsi="Assistant" w:cs="Assistant"/>
                <w:b w:val="0"/>
                <w:sz w:val="21"/>
                <w:rtl w:val="1"/>
                <w:szCs w:val="21"/>
              </w:rPr>
              <w:t>4. איזו טענה מציגה את ״הצד השני״ של התעסוקה בבנגלדש?</w:t>
            </w:r>
          </w:p>
        </w:tc>
        <w:tc>
          <w:tcPr>
            <w:tcW w:type="dxa" w:w="2551"/>
          </w:tcPr>
          <w:p>
            <w:pPr>
              <w:bidi w:val="1"/>
              <w:jc w:val="right"/>
            </w:pPr>
            <w:r/>
            <w:r>
              <w:rPr>
                <w:rFonts w:ascii="Assistant" w:hAnsi="Assistant" w:cs="Assistant"/>
                <w:b w:val="0"/>
                <w:sz w:val="21"/>
                <w:rtl w:val="1"/>
                <w:szCs w:val="21"/>
              </w:rPr>
              <w:t>ד. שכר נמוך, ימי עבודה ארוכים ובעיות בטיחות</w:t>
            </w:r>
          </w:p>
        </w:tc>
        <w:tc>
          <w:tcPr>
            <w:tcW w:type="dxa" w:w="3685"/>
          </w:tcPr>
          <w:p>
            <w:pPr>
              <w:bidi w:val="1"/>
              <w:jc w:val="right"/>
            </w:pPr>
            <w:r/>
            <w:r>
              <w:rPr>
                <w:rFonts w:ascii="Assistant" w:hAnsi="Assistant" w:cs="Assistant"/>
                <w:b w:val="0"/>
                <w:sz w:val="21"/>
                <w:rtl w:val="1"/>
                <w:szCs w:val="21"/>
              </w:rPr>
              <w:t>זהו המחיר של ייצור זול.</w:t>
            </w:r>
          </w:p>
        </w:tc>
      </w:tr>
      <w:tr>
        <w:tc>
          <w:tcPr>
            <w:tcW w:type="dxa" w:w="3402"/>
          </w:tcPr>
          <w:p>
            <w:pPr>
              <w:bidi w:val="1"/>
              <w:jc w:val="right"/>
            </w:pPr>
            <w:r/>
            <w:r>
              <w:rPr>
                <w:rFonts w:ascii="Assistant" w:hAnsi="Assistant" w:cs="Assistant"/>
                <w:b w:val="0"/>
                <w:sz w:val="21"/>
                <w:rtl w:val="1"/>
                <w:szCs w:val="21"/>
              </w:rPr>
              <w:t>5. מהי הסכנה ב״תלות בענף אחד״?</w:t>
            </w:r>
          </w:p>
        </w:tc>
        <w:tc>
          <w:tcPr>
            <w:tcW w:type="dxa" w:w="2551"/>
          </w:tcPr>
          <w:p>
            <w:pPr>
              <w:bidi w:val="1"/>
              <w:jc w:val="right"/>
            </w:pPr>
            <w:r/>
            <w:r>
              <w:rPr>
                <w:rFonts w:ascii="Assistant" w:hAnsi="Assistant" w:cs="Assistant"/>
                <w:b w:val="0"/>
                <w:sz w:val="21"/>
                <w:rtl w:val="1"/>
                <w:szCs w:val="21"/>
              </w:rPr>
              <w:t>ב. אם הביקוש לענף יירד, הכלכלה כולה תיפגע</w:t>
            </w:r>
          </w:p>
        </w:tc>
        <w:tc>
          <w:tcPr>
            <w:tcW w:type="dxa" w:w="3685"/>
          </w:tcPr>
          <w:p>
            <w:pPr>
              <w:bidi w:val="1"/>
              <w:jc w:val="right"/>
            </w:pPr>
            <w:r/>
            <w:r>
              <w:rPr>
                <w:rFonts w:ascii="Assistant" w:hAnsi="Assistant" w:cs="Assistant"/>
                <w:b w:val="0"/>
                <w:sz w:val="21"/>
                <w:rtl w:val="1"/>
                <w:szCs w:val="21"/>
              </w:rPr>
              <w:t>גיוון כלכלי מגן מפני משברים.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לפי חלק מהחוקרים, מדינות עדיין שולטות בחוקים, במסים ובגבולות למרות כוחן של החברות.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יש ויכוח על מידת היחלשות מדינת הלאום.</w:t>
            </w:r>
          </w:p>
        </w:tc>
      </w:tr>
      <w:tr>
        <w:tc>
          <w:tcPr>
            <w:tcW w:type="dxa" w:w="3969"/>
          </w:tcPr>
          <w:p>
            <w:pPr>
              <w:bidi w:val="1"/>
              <w:jc w:val="right"/>
            </w:pPr>
            <w:r/>
            <w:r>
              <w:rPr>
                <w:rFonts w:ascii="Assistant" w:hAnsi="Assistant" w:cs="Assistant"/>
                <w:b w:val="0"/>
                <w:sz w:val="21"/>
                <w:rtl w:val="1"/>
                <w:szCs w:val="21"/>
              </w:rPr>
              <w:t>2. תעשייה עתירת ידע נשענת בעיקר על עבודה פשוטה וזולה.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נשענת על מחקר, ידע ועובדים מיומנים.</w:t>
            </w:r>
          </w:p>
        </w:tc>
      </w:tr>
      <w:tr>
        <w:tc>
          <w:tcPr>
            <w:tcW w:type="dxa" w:w="3969"/>
          </w:tcPr>
          <w:p>
            <w:pPr>
              <w:bidi w:val="1"/>
              <w:jc w:val="right"/>
            </w:pPr>
            <w:r/>
            <w:r>
              <w:rPr>
                <w:rFonts w:ascii="Assistant" w:hAnsi="Assistant" w:cs="Assistant"/>
                <w:b w:val="0"/>
                <w:sz w:val="21"/>
                <w:rtl w:val="1"/>
                <w:szCs w:val="21"/>
              </w:rPr>
              <w:t>3. בבנגלדש רוב העובדים במפעלי הבגדים הם נשים צעירות.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רבות עברו מהכפרים לערים לשם כך.</w:t>
            </w:r>
          </w:p>
        </w:tc>
      </w:tr>
      <w:tr>
        <w:tc>
          <w:tcPr>
            <w:tcW w:type="dxa" w:w="3969"/>
          </w:tcPr>
          <w:p>
            <w:pPr>
              <w:bidi w:val="1"/>
              <w:jc w:val="right"/>
            </w:pPr>
            <w:r/>
            <w:r>
              <w:rPr>
                <w:rFonts w:ascii="Assistant" w:hAnsi="Assistant" w:cs="Assistant"/>
                <w:b w:val="0"/>
                <w:sz w:val="21"/>
                <w:rtl w:val="1"/>
                <w:szCs w:val="21"/>
              </w:rPr>
              <w:t>4. כל הרווח ממכירת חולצה מגיע למדינה שבה היא נתפרה.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רוב הרווח מגיע לשלבי העיצוב, השיווק והמכירה, לרוב במדינות מפותחות.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את המסע של החולצה כ״שרשרת ערך״: באילו שלבים לדעתכם נוצר הרווח הגדול ביותר, ומדוע?</w:t>
            </w:r>
          </w:p>
        </w:tc>
        <w:tc>
          <w:tcPr>
            <w:tcW w:type="dxa" w:w="5669"/>
          </w:tcPr>
          <w:p>
            <w:pPr>
              <w:bidi w:val="1"/>
              <w:jc w:val="right"/>
            </w:pPr>
            <w:r/>
            <w:r>
              <w:rPr>
                <w:rFonts w:ascii="Assistant" w:hAnsi="Assistant" w:cs="Assistant"/>
                <w:b w:val="0"/>
                <w:sz w:val="21"/>
                <w:rtl w:val="1"/>
                <w:szCs w:val="21"/>
              </w:rPr>
              <w:t>הרווח הגדול נוצר בעיצוב, במיתוג ובמכירה, כי בשלבים האלה יש ידע ושם מוכר שקשה להחליף; שלבי הגידול והתפירה ניתנים להעברה למקום זול אחר, ולכן הרווח בהם נמוך.</w:t>
            </w:r>
          </w:p>
        </w:tc>
      </w:tr>
      <w:tr>
        <w:tc>
          <w:tcPr>
            <w:tcW w:type="dxa" w:w="3969"/>
          </w:tcPr>
          <w:p>
            <w:pPr>
              <w:bidi w:val="1"/>
              <w:jc w:val="right"/>
            </w:pPr>
            <w:r/>
            <w:r>
              <w:rPr>
                <w:rFonts w:ascii="Assistant" w:hAnsi="Assistant" w:cs="Assistant"/>
                <w:b w:val="0"/>
                <w:sz w:val="21"/>
                <w:rtl w:val="1"/>
                <w:szCs w:val="21"/>
              </w:rPr>
              <w:t>2. כתבו דיון קצר בין עובדת מפעל בבנגלדש, צרכן בישראל ומנהלת בחברה רב-לאומית: מה חשוב לכל אחד?</w:t>
            </w:r>
          </w:p>
        </w:tc>
        <w:tc>
          <w:tcPr>
            <w:tcW w:type="dxa" w:w="5669"/>
          </w:tcPr>
          <w:p>
            <w:pPr>
              <w:bidi w:val="1"/>
              <w:jc w:val="right"/>
            </w:pPr>
            <w:r/>
            <w:r>
              <w:rPr>
                <w:rFonts w:ascii="Assistant" w:hAnsi="Assistant" w:cs="Assistant"/>
                <w:b w:val="0"/>
                <w:sz w:val="21"/>
                <w:rtl w:val="1"/>
                <w:szCs w:val="21"/>
              </w:rPr>
              <w:t>העובדת: הכנסה קבועה, אבל רוצה שכר הוגן ובטיחות. הצרכן: מחיר נמוך ומגוון, ואולי גם רצון לדעת שהבגד יוצר בתנאים הוגנים. המנהלת: עלויות נמוכות ואספקה בזמן, אך גם שם טוב ללקוחות. נקודת מפגש: תנאי עבודה הוגנים מחזקים את כולם.</w:t>
            </w:r>
          </w:p>
        </w:tc>
      </w:tr>
      <w:tr>
        <w:tc>
          <w:tcPr>
            <w:tcW w:type="dxa" w:w="3969"/>
          </w:tcPr>
          <w:p>
            <w:pPr>
              <w:bidi w:val="1"/>
              <w:jc w:val="right"/>
            </w:pPr>
            <w:r/>
            <w:r>
              <w:rPr>
                <w:rFonts w:ascii="Assistant" w:hAnsi="Assistant" w:cs="Assistant"/>
                <w:b w:val="0"/>
                <w:sz w:val="21"/>
                <w:rtl w:val="1"/>
                <w:szCs w:val="21"/>
              </w:rPr>
              <w:t>3. השוו בין ההשפעה של הגלובליזציה על תעשייה עתירת ידע ועל תעשייה מסורתית בישראל.</w:t>
            </w:r>
          </w:p>
        </w:tc>
        <w:tc>
          <w:tcPr>
            <w:tcW w:type="dxa" w:w="5669"/>
          </w:tcPr>
          <w:p>
            <w:pPr>
              <w:bidi w:val="1"/>
              <w:jc w:val="right"/>
            </w:pPr>
            <w:r/>
            <w:r>
              <w:rPr>
                <w:rFonts w:ascii="Assistant" w:hAnsi="Assistant" w:cs="Assistant"/>
                <w:b w:val="0"/>
                <w:sz w:val="21"/>
                <w:rtl w:val="1"/>
                <w:szCs w:val="21"/>
              </w:rPr>
              <w:t>עתירת ידע: צמיחה, יצוא לכל העולם, שכר גבוה, מקומות עבודה במרכז. מסורתית: תחרות במוצרים זולים מיובאים, סגירת מפעלים ופגיעה בעיירות בפריפריה. התוצאה עלולה להיות פער בין אזורים ובין עובדים.</w:t>
            </w:r>
          </w:p>
        </w:tc>
      </w:tr>
      <w:tr>
        <w:tc>
          <w:tcPr>
            <w:tcW w:type="dxa" w:w="3969"/>
          </w:tcPr>
          <w:p>
            <w:pPr>
              <w:bidi w:val="1"/>
              <w:jc w:val="right"/>
            </w:pPr>
            <w:r/>
            <w:r>
              <w:rPr>
                <w:rFonts w:ascii="Assistant" w:hAnsi="Assistant" w:cs="Assistant"/>
                <w:b w:val="0"/>
                <w:sz w:val="21"/>
                <w:rtl w:val="1"/>
                <w:szCs w:val="21"/>
              </w:rPr>
              <w:t>🏆 אתגר: בחרו בגד אחד בבית. בעזרת התווית ומידע כללי, בנו מפת שרשרת ייצור משוערת, הציעו חלוקה משוערת של מחיר הבגד בין השלבים, והציעו שתי דרכים שבהן צרכנים או מדינות יכולים להפוך את השרשרת להוגנת יותר.</w:t>
            </w:r>
          </w:p>
        </w:tc>
        <w:tc>
          <w:tcPr>
            <w:tcW w:type="dxa" w:w="5669"/>
          </w:tcPr>
          <w:p>
            <w:pPr>
              <w:bidi w:val="1"/>
              <w:jc w:val="right"/>
            </w:pPr>
            <w:r/>
            <w:r>
              <w:rPr>
                <w:rFonts w:ascii="Assistant" w:hAnsi="Assistant" w:cs="Assistant"/>
                <w:b w:val="0"/>
                <w:sz w:val="21"/>
                <w:rtl w:val="1"/>
                <w:szCs w:val="21"/>
              </w:rPr>
              <w:t>מפה: כותנה ממדינה חקלאית ← טוויה ואריגה ← תפירה במדינה עם שכר נמוך ← אונייה ← חנות בישראל. חלוקה משוערת: חנות ומותג – החלק הגדול, הובלה ומכס – חלק בינוני, חומרים – חלק קטן, שכר התופרת – חלק קטן מאוד. הצעות: לקנות פחות ולאורך זמן ולהעדיף יצרנים שמפרסמים תנאי עבודה; הסכמי סחר שמחייבים תקני בטיחות ושכר.</w:t>
            </w:r>
          </w:p>
        </w:tc>
      </w:tr>
    </w:tbl>
    <w:p/>
    <w:p>
      <w:pPr>
        <w:bidi w:val="1"/>
        <w:spacing w:after="80"/>
        <w:jc w:val="right"/>
      </w:pPr>
      <w:r>
        <w:rPr>
          <w:rFonts w:ascii="Assistant" w:hAnsi="Assistant" w:cs="Assistant"/>
          <w:b w:val="0"/>
          <w:sz w:val="20"/>
          <w:rtl w:val="1"/>
          <w:szCs w:val="20"/>
        </w:rPr>
        <w:t>כרטיס יציאה: שיקול אחד של חברה רב-לאומית בבחירת מקום ייצור: ... · הטיעון החזק ביותר לדעתי בוויכוח ״ברכה או קללה״: ... · שאלה שהייתי שואל את מי שתפר את החולצה שלי: ... — מצופה תשובה קצרה שמשתמשת במושג אחד לפחות.</w:t>
      </w:r>
    </w:p>
    <w:p>
      <w:pPr>
        <w:pStyle w:val="Heading1"/>
        <w:bidi w:val="1"/>
        <w:spacing w:before="200"/>
        <w:jc w:val="right"/>
        <w:shd w:val="clear" w:color="auto" w:fill="1aa3b8"/>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יותר ממחצית היצוא של ישראל ב-2025 מתעשייה עתירת ידע</w:t>
      </w:r>
    </w:p>
    <w:p>
      <w:pPr>
        <w:bidi w:val="1"/>
        <w:spacing w:after="80"/>
        <w:jc w:val="right"/>
        <w:shd w:val="clear" w:color="auto" w:fill="FFF1F3"/>
      </w:pPr>
      <w:r>
        <w:rPr>
          <w:rFonts w:ascii="Assistant" w:hAnsi="Assistant" w:cs="Assistant"/>
          <w:b w:val="0"/>
          <w:sz w:val="23"/>
          <w:rtl w:val="1"/>
          <w:szCs w:val="23"/>
        </w:rPr>
        <w:t>• כ-80% מהסחורות בעולם (לפי נפח) מובלות באוניות</w:t>
      </w:r>
    </w:p>
    <w:p>
      <w:pPr>
        <w:bidi w:val="1"/>
        <w:spacing w:after="80"/>
        <w:jc w:val="right"/>
        <w:shd w:val="clear" w:color="auto" w:fill="FFF1F3"/>
      </w:pPr>
      <w:r>
        <w:rPr>
          <w:rFonts w:ascii="Assistant" w:hAnsi="Assistant" w:cs="Assistant"/>
          <w:b w:val="0"/>
          <w:sz w:val="23"/>
          <w:rtl w:val="1"/>
          <w:szCs w:val="23"/>
        </w:rPr>
        <w:t>• בנגלדש – יצואנית הבגדים השנייה בעולם ב-2024; בגדים כארבע חמישיות מהיצוא</w:t>
      </w:r>
    </w:p>
    <w:p>
      <w:pPr>
        <w:bidi w:val="1"/>
        <w:spacing w:after="80"/>
        <w:jc w:val="right"/>
        <w:shd w:val="clear" w:color="auto" w:fill="FFF1F3"/>
      </w:pPr>
      <w:r>
        <w:rPr>
          <w:rFonts w:ascii="Assistant" w:hAnsi="Assistant" w:cs="Assistant"/>
          <w:b w:val="0"/>
          <w:sz w:val="23"/>
          <w:rtl w:val="1"/>
          <w:szCs w:val="23"/>
        </w:rPr>
        <w:t>• סין – יצואנית הבגדים הגדולה בעולם</w:t>
      </w:r>
    </w:p>
    <w:p>
      <w:pPr>
        <w:bidi w:val="1"/>
        <w:spacing w:after="80"/>
        <w:jc w:val="right"/>
        <w:shd w:val="clear" w:color="auto" w:fill="FFF1F3"/>
      </w:pPr>
      <w:r>
        <w:rPr>
          <w:rFonts w:ascii="Assistant" w:hAnsi="Assistant" w:cs="Assistant"/>
          <w:b w:val="0"/>
          <w:sz w:val="23"/>
          <w:rtl w:val="1"/>
          <w:szCs w:val="23"/>
        </w:rPr>
        <w:t>• משך הפלגה מאסיה לישראל – כמה שבועות</w:t>
      </w:r>
    </w:p>
    <w:p>
      <w:pPr>
        <w:bidi w:val="1"/>
        <w:spacing w:after="80"/>
        <w:jc w:val="right"/>
        <w:shd w:val="clear" w:color="auto" w:fill="FFF1F3"/>
      </w:pPr>
      <w:r>
        <w:rPr>
          <w:rFonts w:ascii="Assistant" w:hAnsi="Assistant" w:cs="Assistant"/>
          <w:b w:val="0"/>
          <w:sz w:val="23"/>
          <w:rtl w:val="1"/>
          <w:szCs w:val="23"/>
        </w:rPr>
        <w:t>• מיליארדי זוגות ג׳ינס בשנה (הערכה)</w:t>
      </w:r>
    </w:p>
    <w:p>
      <w:pPr>
        <w:bidi w:val="1"/>
        <w:spacing w:after="80"/>
        <w:jc w:val="right"/>
        <w:shd w:val="clear" w:color="auto" w:fill="FFF1F3"/>
      </w:pPr>
      <w:r>
        <w:rPr>
          <w:rFonts w:ascii="Assistant" w:hAnsi="Assistant" w:cs="Assistant"/>
          <w:b w:val="0"/>
          <w:sz w:val="23"/>
          <w:rtl w:val="1"/>
          <w:szCs w:val="23"/>
        </w:rPr>
        <w:t>• כמות המים לגידול כותנה לחולצה – אלפי ליטרים (נפוץ: כ-2,700 ליטר)</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גלובליזציה וכלכלה: המסע של חולצה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