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תרבות וחברה: עולמקומיות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אותו המבורגר בכל העולם? לא בדיוק – ככה גלובלי פוגש מקומי.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האחדה תרבותית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תרבויות שונות נעשות דומות.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בני נוער בכל העולם לובשים ג׳ינס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אמריקניזציה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השפעה של התרבות האמריקנית על העולם.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סרטים ושירים באנגלית בכל המדינות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תרבות צריכה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קונים הרבה, וקניות הן בילוי.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להחליף טלפון כל שנה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מותג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 וסמל של מוצר מוכר.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סמל קטן על נעל ספורט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משהו עולמי שמשנים כדי שיתאים למקום.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סניף מזון מהיר כשר שסגור בשבת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בידול מרחבי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שבה גרה קהילה עם שפה ומנהגים משלה.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רובע עם שלטים בשפה של הקהילה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זהות מקומית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שמיוחד במקום שלנו.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מאכל מסורתי שמבשלים רק אצלנו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שאלון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דף שאלות שהרבה אנשים עונים עליו.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שאלון כיתתי על שירים אהובים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גלובלי ומקומי באותו רחוב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בהרבה ערים בעולם רואים אותם דברים. אותם ג׳ינסים, אותם שירים ואותן רשתות אוכל. תרבויות שונות נעשות דומות. זה נקרא האחדה תרבותית.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אבל לא הכול אותו דבר. רשת המבורגרים בהודו מוכרת המבורגר צמחוני. בישראל יש סניפים כשרים שסגורים בשבת. משהו עולמי שמשנים כדי שיתאים למקום נקרא עולמקומיות.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קהילות ששומרות על מה שמיוחד להן. בשכונה שלהן יש שלטים בשפה שלהן. יש להן חנויות ומאכלים משלהן. יש אנשים ששמחים על דברים חדשים, ויש אנשים שרוצים לשמור על המסורת.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האחדה תרבותית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שם וסמל של מוצר מוכר.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אמריקניזציה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משהו עולמי שמשנים כדי שיתאים למקום.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תרבות צריכה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השפעה של התרבות האמריקנית על העולם.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מותג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תרבויות שונות נעשות דומות.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עולמקומיות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קונים הרבה, וקניות הן בילוי.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בידול מרחבי   ·   זהות מקומית   ·   שאלון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שאלון כיתתי על שירים אהובים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מאכל מסורתי שמבשלים רק אצלנו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רובע עם שלטים בשפה של הקהילה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האחדה תרבותית?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כל אחד מדבר שפה אחרת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תרבויות שונות נעשות דומות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מכינים אוכל בבית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שירים רק בעברית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איזו דוגמה היא עולמקומיות?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סניף מזון מהיר כשר בישראל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שיר באנגלית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ג׳ינס כחול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טלפון חדש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למה בהודו מוכרים המבורגר צמחוני?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אין שם פרות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ההודים לא אוהבים לחם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רבים בהודו לא אוכלים בשר בקר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זה זול יותר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יש בשכונה של קהילה ששומרת על ייחודה?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מגדלים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רק חניונים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שום 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שלטים בשפה שלה וחנויות משלה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זה מותג?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שם וסמל של מוצר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סוג של מכונית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שיר ישן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מפה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בהרבה ערים בעולם שומעים אותם שירים.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רשתות עולמיות אף פעם לא משנות את התפריט.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כל האנשים חושבים שהתרבות העולמית טובה.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שאלון הוא דף שאלות שהרבה אנשים עונים עליו.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דבר אחד עולמי ודבר אחד מקומי שיש בבית או ברחוב שלכם.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עולמי: ... מקומי: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איזה מאכל מיוחד יש במשפחה או בקהילה שלכם?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אצלנו מבשלים...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תרבות וחברה: עולמקומיות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האחדה תרבותית היא...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דוגמה לעולמקומיות: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משהו מקומי שאני אוהב: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תרבות וחברה: עולמקומיות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